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A56C83" w:rsidP="001E2C24" w:rsidRDefault="00A56C83" w14:paraId="768876D6" w14:textId="17236714">
      <w:pPr>
        <w:autoSpaceDE w:val="0"/>
        <w:autoSpaceDN w:val="0"/>
        <w:spacing w:after="0" w:line="240" w:lineRule="auto"/>
        <w:ind w:right="-322"/>
        <w:jc w:val="center"/>
      </w:pPr>
    </w:p>
    <w:p w:rsidRPr="00BE4D3E" w:rsidR="00A56C83" w:rsidP="349252F7" w:rsidRDefault="009B709E" w14:paraId="051C8B75" w14:textId="366C642A">
      <w:pPr>
        <w:autoSpaceDE w:val="0"/>
        <w:autoSpaceDN w:val="0"/>
        <w:spacing w:before="346" w:after="0" w:line="240" w:lineRule="auto"/>
        <w:ind w:left="14" w:right="-322"/>
        <w:rPr>
          <w:rFonts w:ascii="Cambria" w:hAnsi="Cambria" w:eastAsia="Cambria" w:cs="Cambria" w:asciiTheme="minorAscii" w:hAnsiTheme="minorAscii" w:eastAsiaTheme="minorAscii" w:cstheme="minorAscii"/>
          <w:sz w:val="36"/>
          <w:szCs w:val="36"/>
          <w:lang w:val="nl-NL"/>
        </w:rPr>
      </w:pPr>
      <w:r w:rsidRPr="349252F7" w:rsidR="02DB8A0D">
        <w:rPr>
          <w:rFonts w:ascii="Calibri" w:hAnsi="Calibri" w:eastAsia="Calibri" w:cs="Calibri" w:asciiTheme="majorAscii" w:hAnsiTheme="majorAscii" w:eastAsiaTheme="majorAscii" w:cstheme="majorAscii"/>
          <w:b w:val="1"/>
          <w:bCs w:val="1"/>
          <w:color w:val="auto"/>
          <w:sz w:val="36"/>
          <w:szCs w:val="36"/>
          <w:lang w:val="nl-NL"/>
        </w:rPr>
        <w:t>Integriteitsverklaring</w:t>
      </w:r>
      <w:r w:rsidRPr="349252F7" w:rsidR="02DB8A0D">
        <w:rPr>
          <w:rFonts w:ascii="Cambria" w:hAnsi="Cambria" w:eastAsia="Cambria" w:cs="Cambria" w:asciiTheme="minorAscii" w:hAnsiTheme="minorAscii" w:eastAsiaTheme="minorAscii" w:cstheme="minorAscii"/>
          <w:b w:val="1"/>
          <w:bCs w:val="1"/>
          <w:color w:val="auto"/>
          <w:sz w:val="36"/>
          <w:szCs w:val="36"/>
          <w:lang w:val="nl-NL"/>
        </w:rPr>
        <w:t xml:space="preserve"> </w:t>
      </w:r>
      <w:r>
        <w:tab/>
      </w:r>
      <w:r>
        <w:tab/>
      </w:r>
      <w:r>
        <w:tab/>
      </w:r>
      <w:r>
        <w:tab/>
      </w:r>
      <w:r>
        <w:tab/>
      </w:r>
      <w:r>
        <w:tab/>
      </w:r>
      <w:r w:rsidR="47E92546">
        <w:drawing>
          <wp:inline wp14:editId="0A196C1F" wp14:anchorId="06A0FC82">
            <wp:extent cx="1127760" cy="603250"/>
            <wp:effectExtent l="0" t="0" r="0" b="6350"/>
            <wp:docPr id="1250531617" name="Afbeelding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6">
                      <a:extLst>
                        <a:ext uri="{28A0092B-C50C-407E-A947-70E740481C1C}">
                          <a14:useLocalDpi xmlns:a14="http://schemas.microsoft.com/office/drawing/2010/main" val="0"/>
                        </a:ext>
                      </a:extLst>
                    </a:blip>
                    <a:srcRect/>
                    <a:stretch>
                      <a:fillRect/>
                    </a:stretch>
                  </pic:blipFill>
                  <pic:spPr bwMode="auto">
                    <a:xfrm>
                      <a:off x="0" y="0"/>
                      <a:ext cx="1127760" cy="603250"/>
                    </a:xfrm>
                    <a:prstGeom prst="rect">
                      <a:avLst/>
                    </a:prstGeom>
                    <a:noFill/>
                  </pic:spPr>
                </pic:pic>
              </a:graphicData>
            </a:graphic>
          </wp:inline>
        </w:drawing>
      </w:r>
      <w:r>
        <w:br/>
      </w:r>
      <w:r w:rsidRPr="349252F7" w:rsidR="7F2A59EF">
        <w:rPr>
          <w:rFonts w:ascii="Calibri" w:hAnsi="Calibri" w:eastAsia="Calibri" w:cs="Calibri" w:asciiTheme="majorAscii" w:hAnsiTheme="majorAscii" w:eastAsiaTheme="majorAscii" w:cstheme="majorAscii"/>
          <w:color w:val="auto"/>
          <w:sz w:val="36"/>
          <w:szCs w:val="36"/>
          <w:lang w:val="nl-NL"/>
        </w:rPr>
        <w:t>Verenigde Pinkster- en Evangeliegemeenten</w:t>
      </w:r>
      <w:r>
        <w:tab/>
      </w:r>
      <w:r w:rsidRPr="349252F7" w:rsidR="44EFEF30">
        <w:rPr>
          <w:rFonts w:ascii="Cambria" w:hAnsi="Cambria" w:eastAsia="Cambria" w:cs="Cambria" w:asciiTheme="minorAscii" w:hAnsiTheme="minorAscii" w:eastAsiaTheme="minorAscii" w:cstheme="minorAscii"/>
          <w:color w:val="auto"/>
          <w:sz w:val="24"/>
          <w:szCs w:val="24"/>
          <w:lang w:val="nl-NL"/>
        </w:rPr>
        <w:t>v2026-07-24</w:t>
      </w:r>
    </w:p>
    <w:p w:rsidRPr="00D71041" w:rsidR="00A56C83" w:rsidP="349252F7" w:rsidRDefault="009B709E" w14:paraId="6A42F0D0" w14:textId="5251814A">
      <w:pPr>
        <w:autoSpaceDE w:val="0"/>
        <w:autoSpaceDN w:val="0"/>
        <w:spacing w:before="238" w:after="0" w:line="240" w:lineRule="exact"/>
        <w:ind w:left="14" w:right="-322"/>
        <w:rPr>
          <w:rFonts w:ascii="Calibri" w:hAnsi="Calibri" w:eastAsia="Calibri" w:cs="Calibri" w:asciiTheme="majorAscii" w:hAnsiTheme="majorAscii" w:eastAsiaTheme="majorAscii" w:cstheme="majorAscii"/>
          <w:sz w:val="20"/>
          <w:szCs w:val="20"/>
          <w:lang w:val="nl-NL"/>
        </w:rPr>
      </w:pPr>
      <w:r w:rsidRPr="349252F7" w:rsidR="02DB8A0D">
        <w:rPr>
          <w:rFonts w:ascii="Calibri" w:hAnsi="Calibri" w:eastAsia="Calibri" w:cs="Calibri" w:asciiTheme="majorAscii" w:hAnsiTheme="majorAscii" w:eastAsiaTheme="majorAscii" w:cstheme="majorAscii"/>
          <w:b w:val="1"/>
          <w:bCs w:val="1"/>
          <w:color w:val="000000" w:themeColor="text1" w:themeTint="FF" w:themeShade="FF"/>
          <w:sz w:val="20"/>
          <w:szCs w:val="20"/>
          <w:lang w:val="nl-NL"/>
        </w:rPr>
        <w:t xml:space="preserve">Waarden integriteit: </w:t>
      </w:r>
      <w:r>
        <w:br/>
      </w:r>
      <w:r w:rsidRPr="349252F7" w:rsidR="02DB8A0D">
        <w:rPr>
          <w:rFonts w:ascii="Calibri" w:hAnsi="Calibri" w:eastAsia="Calibri" w:cs="Calibri" w:asciiTheme="majorAscii" w:hAnsiTheme="majorAscii" w:eastAsiaTheme="majorAscii" w:cstheme="majorAscii"/>
          <w:color w:val="000000" w:themeColor="text1" w:themeTint="FF" w:themeShade="FF"/>
          <w:sz w:val="20"/>
          <w:szCs w:val="20"/>
          <w:lang w:val="nl-NL"/>
        </w:rPr>
        <w:t xml:space="preserve">Ik begrijp dat ik als </w:t>
      </w:r>
      <w:r w:rsidRPr="349252F7" w:rsidR="7F4DD33B">
        <w:rPr>
          <w:rFonts w:ascii="Calibri" w:hAnsi="Calibri" w:eastAsia="Calibri" w:cs="Calibri" w:asciiTheme="majorAscii" w:hAnsiTheme="majorAscii" w:eastAsiaTheme="majorAscii" w:cstheme="majorAscii"/>
          <w:color w:val="000000" w:themeColor="text1" w:themeTint="FF" w:themeShade="FF"/>
          <w:sz w:val="20"/>
          <w:szCs w:val="20"/>
          <w:lang w:val="nl-NL"/>
        </w:rPr>
        <w:t>………………………………</w:t>
      </w:r>
      <w:r w:rsidRPr="349252F7" w:rsidR="30B8F061">
        <w:rPr>
          <w:rFonts w:ascii="Calibri" w:hAnsi="Calibri" w:eastAsia="Calibri" w:cs="Calibri" w:asciiTheme="majorAscii" w:hAnsiTheme="majorAscii" w:eastAsiaTheme="majorAscii" w:cstheme="majorAscii"/>
          <w:color w:val="000000" w:themeColor="text1" w:themeTint="FF" w:themeShade="FF"/>
          <w:sz w:val="20"/>
          <w:szCs w:val="20"/>
          <w:lang w:val="nl-NL"/>
        </w:rPr>
        <w:t xml:space="preserve">………. </w:t>
      </w:r>
      <w:r w:rsidRPr="349252F7" w:rsidR="16C4CAA2">
        <w:rPr>
          <w:rFonts w:ascii="Calibri" w:hAnsi="Calibri" w:eastAsia="Calibri" w:cs="Calibri" w:asciiTheme="majorAscii" w:hAnsiTheme="majorAscii" w:eastAsiaTheme="majorAscii" w:cstheme="majorAscii"/>
          <w:color w:val="000000" w:themeColor="text1" w:themeTint="FF" w:themeShade="FF"/>
          <w:sz w:val="20"/>
          <w:szCs w:val="20"/>
          <w:lang w:val="nl-NL"/>
        </w:rPr>
        <w:t>(</w:t>
      </w:r>
      <w:r w:rsidRPr="349252F7" w:rsidR="541C1AF3">
        <w:rPr>
          <w:rFonts w:ascii="Calibri" w:hAnsi="Calibri" w:eastAsia="Calibri" w:cs="Calibri" w:asciiTheme="majorAscii" w:hAnsiTheme="majorAscii" w:eastAsiaTheme="majorAscii" w:cstheme="majorAscii"/>
          <w:color w:val="000000" w:themeColor="text1" w:themeTint="FF" w:themeShade="FF"/>
          <w:sz w:val="20"/>
          <w:szCs w:val="20"/>
          <w:lang w:val="nl-NL"/>
        </w:rPr>
        <w:t>je</w:t>
      </w:r>
      <w:r w:rsidRPr="349252F7" w:rsidR="541C1AF3">
        <w:rPr>
          <w:rFonts w:ascii="Calibri" w:hAnsi="Calibri" w:eastAsia="Calibri" w:cs="Calibri" w:asciiTheme="majorAscii" w:hAnsiTheme="majorAscii" w:eastAsiaTheme="majorAscii" w:cstheme="majorAscii"/>
          <w:color w:val="000000" w:themeColor="text1" w:themeTint="FF" w:themeShade="FF"/>
          <w:sz w:val="20"/>
          <w:szCs w:val="20"/>
          <w:lang w:val="nl-NL"/>
        </w:rPr>
        <w:t xml:space="preserve"> rol</w:t>
      </w:r>
      <w:r w:rsidRPr="349252F7" w:rsidR="16C4CAA2">
        <w:rPr>
          <w:rFonts w:ascii="Calibri" w:hAnsi="Calibri" w:eastAsia="Calibri" w:cs="Calibri" w:asciiTheme="majorAscii" w:hAnsiTheme="majorAscii" w:eastAsiaTheme="majorAscii" w:cstheme="majorAscii"/>
          <w:color w:val="000000" w:themeColor="text1" w:themeTint="FF" w:themeShade="FF"/>
          <w:sz w:val="20"/>
          <w:szCs w:val="20"/>
          <w:lang w:val="nl-NL"/>
        </w:rPr>
        <w:t xml:space="preserve"> vermelden) </w:t>
      </w:r>
      <w:r w:rsidRPr="349252F7" w:rsidR="02DB8A0D">
        <w:rPr>
          <w:rFonts w:ascii="Calibri" w:hAnsi="Calibri" w:eastAsia="Calibri" w:cs="Calibri" w:asciiTheme="majorAscii" w:hAnsiTheme="majorAscii" w:eastAsiaTheme="majorAscii" w:cstheme="majorAscii"/>
          <w:color w:val="000000" w:themeColor="text1" w:themeTint="FF" w:themeShade="FF"/>
          <w:sz w:val="20"/>
          <w:szCs w:val="20"/>
          <w:lang w:val="nl-NL"/>
        </w:rPr>
        <w:t xml:space="preserve">van de </w:t>
      </w:r>
      <w:r w:rsidRPr="349252F7" w:rsidR="724AD537">
        <w:rPr>
          <w:rFonts w:ascii="Calibri" w:hAnsi="Calibri" w:eastAsia="Calibri" w:cs="Calibri" w:asciiTheme="majorAscii" w:hAnsiTheme="majorAscii" w:eastAsiaTheme="majorAscii" w:cstheme="majorAscii"/>
          <w:color w:val="000000" w:themeColor="text1" w:themeTint="FF" w:themeShade="FF"/>
          <w:sz w:val="20"/>
          <w:szCs w:val="20"/>
          <w:lang w:val="nl-NL"/>
        </w:rPr>
        <w:t>……………………</w:t>
      </w:r>
      <w:r w:rsidRPr="349252F7" w:rsidR="724AD537">
        <w:rPr>
          <w:rFonts w:ascii="Calibri" w:hAnsi="Calibri" w:eastAsia="Calibri" w:cs="Calibri" w:asciiTheme="majorAscii" w:hAnsiTheme="majorAscii" w:eastAsiaTheme="majorAscii" w:cstheme="majorAscii"/>
          <w:color w:val="000000" w:themeColor="text1" w:themeTint="FF" w:themeShade="FF"/>
          <w:sz w:val="20"/>
          <w:szCs w:val="20"/>
          <w:lang w:val="nl-NL"/>
        </w:rPr>
        <w:t>…….</w:t>
      </w:r>
      <w:r w:rsidRPr="349252F7" w:rsidR="724AD537">
        <w:rPr>
          <w:rFonts w:ascii="Calibri" w:hAnsi="Calibri" w:eastAsia="Calibri" w:cs="Calibri" w:asciiTheme="majorAscii" w:hAnsiTheme="majorAscii" w:eastAsiaTheme="majorAscii" w:cstheme="majorAscii"/>
          <w:color w:val="000000" w:themeColor="text1" w:themeTint="FF" w:themeShade="FF"/>
          <w:sz w:val="20"/>
          <w:szCs w:val="20"/>
          <w:lang w:val="nl-NL"/>
        </w:rPr>
        <w:t>.</w:t>
      </w:r>
      <w:r w:rsidRPr="349252F7" w:rsidR="30B8F061">
        <w:rPr>
          <w:rFonts w:ascii="Calibri" w:hAnsi="Calibri" w:eastAsia="Calibri" w:cs="Calibri" w:asciiTheme="majorAscii" w:hAnsiTheme="majorAscii" w:eastAsiaTheme="majorAscii" w:cstheme="majorAscii"/>
          <w:color w:val="000000" w:themeColor="text1" w:themeTint="FF" w:themeShade="FF"/>
          <w:sz w:val="20"/>
          <w:szCs w:val="20"/>
          <w:lang w:val="nl-NL"/>
        </w:rPr>
        <w:t xml:space="preserve">……….  </w:t>
      </w:r>
      <w:r w:rsidRPr="349252F7" w:rsidR="724AD537">
        <w:rPr>
          <w:rFonts w:ascii="Calibri" w:hAnsi="Calibri" w:eastAsia="Calibri" w:cs="Calibri" w:asciiTheme="majorAscii" w:hAnsiTheme="majorAscii" w:eastAsiaTheme="majorAscii" w:cstheme="majorAscii"/>
          <w:color w:val="000000" w:themeColor="text1" w:themeTint="FF" w:themeShade="FF"/>
          <w:sz w:val="20"/>
          <w:szCs w:val="20"/>
          <w:lang w:val="nl-NL"/>
        </w:rPr>
        <w:t>(</w:t>
      </w:r>
      <w:r w:rsidRPr="349252F7" w:rsidR="58DD452D">
        <w:rPr>
          <w:rFonts w:ascii="Calibri" w:hAnsi="Calibri" w:eastAsia="Calibri" w:cs="Calibri" w:asciiTheme="majorAscii" w:hAnsiTheme="majorAscii" w:eastAsiaTheme="majorAscii" w:cstheme="majorAscii"/>
          <w:color w:val="000000" w:themeColor="text1" w:themeTint="FF" w:themeShade="FF"/>
          <w:sz w:val="20"/>
          <w:szCs w:val="20"/>
          <w:lang w:val="nl-NL"/>
        </w:rPr>
        <w:t xml:space="preserve">VPE </w:t>
      </w:r>
      <w:r w:rsidRPr="349252F7" w:rsidR="724AD537">
        <w:rPr>
          <w:rFonts w:ascii="Calibri" w:hAnsi="Calibri" w:eastAsia="Calibri" w:cs="Calibri" w:asciiTheme="majorAscii" w:hAnsiTheme="majorAscii" w:eastAsiaTheme="majorAscii" w:cstheme="majorAscii"/>
          <w:color w:val="000000" w:themeColor="text1" w:themeTint="FF" w:themeShade="FF"/>
          <w:sz w:val="20"/>
          <w:szCs w:val="20"/>
          <w:lang w:val="nl-NL"/>
        </w:rPr>
        <w:t xml:space="preserve">of naam lokale gemeente) </w:t>
      </w:r>
      <w:r w:rsidRPr="349252F7" w:rsidR="02DB8A0D">
        <w:rPr>
          <w:rFonts w:ascii="Calibri" w:hAnsi="Calibri" w:eastAsia="Calibri" w:cs="Calibri" w:asciiTheme="majorAscii" w:hAnsiTheme="majorAscii" w:eastAsiaTheme="majorAscii" w:cstheme="majorAscii"/>
          <w:color w:val="000000" w:themeColor="text1" w:themeTint="FF" w:themeShade="FF"/>
          <w:sz w:val="20"/>
          <w:szCs w:val="20"/>
          <w:lang w:val="nl-NL"/>
        </w:rPr>
        <w:t xml:space="preserve">het </w:t>
      </w:r>
      <w:r w:rsidRPr="349252F7" w:rsidR="4376D1CB">
        <w:rPr>
          <w:rFonts w:ascii="Calibri" w:hAnsi="Calibri" w:eastAsia="Calibri" w:cs="Calibri" w:asciiTheme="majorAscii" w:hAnsiTheme="majorAscii" w:eastAsiaTheme="majorAscii" w:cstheme="majorAscii"/>
          <w:color w:val="000000" w:themeColor="text1" w:themeTint="FF" w:themeShade="FF"/>
          <w:sz w:val="20"/>
          <w:szCs w:val="20"/>
          <w:lang w:val="nl-NL"/>
        </w:rPr>
        <w:t>al</w:t>
      </w:r>
      <w:r w:rsidRPr="349252F7" w:rsidR="4376D1CB">
        <w:rPr>
          <w:rFonts w:ascii="Calibri" w:hAnsi="Calibri" w:eastAsia="Calibri" w:cs="Calibri" w:asciiTheme="majorAscii" w:hAnsiTheme="majorAscii" w:eastAsiaTheme="majorAscii" w:cstheme="majorAscii"/>
          <w:color w:val="000000" w:themeColor="text1" w:themeTint="FF" w:themeShade="FF"/>
          <w:sz w:val="20"/>
          <w:szCs w:val="20"/>
          <w:lang w:val="nl-NL"/>
        </w:rPr>
        <w:t xml:space="preserve">gemeen </w:t>
      </w:r>
      <w:r w:rsidRPr="349252F7" w:rsidR="02DB8A0D">
        <w:rPr>
          <w:rFonts w:ascii="Calibri" w:hAnsi="Calibri" w:eastAsia="Calibri" w:cs="Calibri" w:asciiTheme="majorAscii" w:hAnsiTheme="majorAscii" w:eastAsiaTheme="majorAscii" w:cstheme="majorAscii"/>
          <w:color w:val="000000" w:themeColor="text1" w:themeTint="FF" w:themeShade="FF"/>
          <w:sz w:val="20"/>
          <w:szCs w:val="20"/>
          <w:lang w:val="nl-NL"/>
        </w:rPr>
        <w:t xml:space="preserve">belang dien en dat dit werk een bijzondere verantwoordelijkheid met zich </w:t>
      </w:r>
      <w:r w:rsidRPr="349252F7" w:rsidR="4BFC5750">
        <w:rPr>
          <w:rFonts w:ascii="Calibri" w:hAnsi="Calibri" w:eastAsia="Calibri" w:cs="Calibri" w:asciiTheme="majorAscii" w:hAnsiTheme="majorAscii" w:eastAsiaTheme="majorAscii" w:cstheme="majorAscii"/>
          <w:color w:val="000000" w:themeColor="text1" w:themeTint="FF" w:themeShade="FF"/>
          <w:sz w:val="20"/>
          <w:szCs w:val="20"/>
          <w:lang w:val="nl-NL"/>
        </w:rPr>
        <w:t>meebrengt</w:t>
      </w:r>
      <w:r w:rsidRPr="349252F7" w:rsidR="02DB8A0D">
        <w:rPr>
          <w:rFonts w:ascii="Calibri" w:hAnsi="Calibri" w:eastAsia="Calibri" w:cs="Calibri" w:asciiTheme="majorAscii" w:hAnsiTheme="majorAscii" w:eastAsiaTheme="majorAscii" w:cstheme="majorAscii"/>
          <w:color w:val="000000" w:themeColor="text1" w:themeTint="FF" w:themeShade="FF"/>
          <w:sz w:val="20"/>
          <w:szCs w:val="20"/>
          <w:lang w:val="nl-NL"/>
        </w:rPr>
        <w:t xml:space="preserve">. </w:t>
      </w:r>
      <w:r w:rsidRPr="349252F7" w:rsidR="4376D1CB">
        <w:rPr>
          <w:rFonts w:ascii="Calibri" w:hAnsi="Calibri" w:eastAsia="Calibri" w:cs="Calibri" w:asciiTheme="majorAscii" w:hAnsiTheme="majorAscii" w:eastAsiaTheme="majorAscii" w:cstheme="majorAscii"/>
          <w:color w:val="000000" w:themeColor="text1" w:themeTint="FF" w:themeShade="FF"/>
          <w:sz w:val="20"/>
          <w:szCs w:val="20"/>
          <w:lang w:val="nl-NL"/>
        </w:rPr>
        <w:t xml:space="preserve">Mensen </w:t>
      </w:r>
      <w:r w:rsidRPr="349252F7" w:rsidR="02DB8A0D">
        <w:rPr>
          <w:rFonts w:ascii="Calibri" w:hAnsi="Calibri" w:eastAsia="Calibri" w:cs="Calibri" w:asciiTheme="majorAscii" w:hAnsiTheme="majorAscii" w:eastAsiaTheme="majorAscii" w:cstheme="majorAscii"/>
          <w:color w:val="000000" w:themeColor="text1" w:themeTint="FF" w:themeShade="FF"/>
          <w:sz w:val="20"/>
          <w:szCs w:val="20"/>
          <w:lang w:val="nl-NL"/>
        </w:rPr>
        <w:t xml:space="preserve">moeten op de </w:t>
      </w:r>
      <w:r w:rsidRPr="349252F7" w:rsidR="4376D1CB">
        <w:rPr>
          <w:rFonts w:ascii="Calibri" w:hAnsi="Calibri" w:eastAsia="Calibri" w:cs="Calibri" w:asciiTheme="majorAscii" w:hAnsiTheme="majorAscii" w:eastAsiaTheme="majorAscii" w:cstheme="majorAscii"/>
          <w:color w:val="000000" w:themeColor="text1" w:themeTint="FF" w:themeShade="FF"/>
          <w:sz w:val="20"/>
          <w:szCs w:val="20"/>
          <w:lang w:val="nl-NL"/>
        </w:rPr>
        <w:t xml:space="preserve">gemeente van Jezus Christus </w:t>
      </w:r>
      <w:r w:rsidRPr="349252F7" w:rsidR="02DB8A0D">
        <w:rPr>
          <w:rFonts w:ascii="Calibri" w:hAnsi="Calibri" w:eastAsia="Calibri" w:cs="Calibri" w:asciiTheme="majorAscii" w:hAnsiTheme="majorAscii" w:eastAsiaTheme="majorAscii" w:cstheme="majorAscii"/>
          <w:color w:val="000000" w:themeColor="text1" w:themeTint="FF" w:themeShade="FF"/>
          <w:sz w:val="20"/>
          <w:szCs w:val="20"/>
          <w:lang w:val="nl-NL"/>
        </w:rPr>
        <w:t xml:space="preserve">en dus ook op mij kunnen vertrouwen. Dat betekent dat ik mij steeds als </w:t>
      </w:r>
      <w:r w:rsidRPr="349252F7" w:rsidR="7CDDE1C4">
        <w:rPr>
          <w:rFonts w:ascii="Calibri" w:hAnsi="Calibri" w:eastAsia="Calibri" w:cs="Calibri" w:asciiTheme="majorAscii" w:hAnsiTheme="majorAscii" w:eastAsiaTheme="majorAscii" w:cstheme="majorAscii"/>
          <w:color w:val="000000" w:themeColor="text1" w:themeTint="FF" w:themeShade="FF"/>
          <w:sz w:val="20"/>
          <w:szCs w:val="20"/>
          <w:lang w:val="nl-NL"/>
        </w:rPr>
        <w:t xml:space="preserve">een </w:t>
      </w:r>
      <w:r w:rsidRPr="349252F7" w:rsidR="02DB8A0D">
        <w:rPr>
          <w:rFonts w:ascii="Calibri" w:hAnsi="Calibri" w:eastAsia="Calibri" w:cs="Calibri" w:asciiTheme="majorAscii" w:hAnsiTheme="majorAscii" w:eastAsiaTheme="majorAscii" w:cstheme="majorAscii"/>
          <w:color w:val="000000" w:themeColor="text1" w:themeTint="FF" w:themeShade="FF"/>
          <w:sz w:val="20"/>
          <w:szCs w:val="20"/>
          <w:lang w:val="nl-NL"/>
        </w:rPr>
        <w:t xml:space="preserve">goed vertegenwoordiger van de </w:t>
      </w:r>
      <w:r w:rsidRPr="349252F7" w:rsidR="7F4DD33B">
        <w:rPr>
          <w:rFonts w:ascii="Calibri" w:hAnsi="Calibri" w:eastAsia="Calibri" w:cs="Calibri" w:asciiTheme="majorAscii" w:hAnsiTheme="majorAscii" w:eastAsiaTheme="majorAscii" w:cstheme="majorAscii"/>
          <w:color w:val="000000" w:themeColor="text1" w:themeTint="FF" w:themeShade="FF"/>
          <w:sz w:val="20"/>
          <w:szCs w:val="20"/>
          <w:lang w:val="nl-NL"/>
        </w:rPr>
        <w:t>………………………………….</w:t>
      </w:r>
      <w:r w:rsidRPr="349252F7" w:rsidR="2D023E53">
        <w:rPr>
          <w:rFonts w:ascii="Calibri" w:hAnsi="Calibri" w:eastAsia="Calibri" w:cs="Calibri" w:asciiTheme="majorAscii" w:hAnsiTheme="majorAscii" w:eastAsiaTheme="majorAscii" w:cstheme="majorAscii"/>
          <w:color w:val="000000" w:themeColor="text1" w:themeTint="FF" w:themeShade="FF"/>
          <w:sz w:val="20"/>
          <w:szCs w:val="20"/>
          <w:lang w:val="nl-NL"/>
        </w:rPr>
        <w:t xml:space="preserve"> (VPE of naam lokale gemeente) </w:t>
      </w:r>
      <w:r w:rsidRPr="349252F7" w:rsidR="02DB8A0D">
        <w:rPr>
          <w:rFonts w:ascii="Calibri" w:hAnsi="Calibri" w:eastAsia="Calibri" w:cs="Calibri" w:asciiTheme="majorAscii" w:hAnsiTheme="majorAscii" w:eastAsiaTheme="majorAscii" w:cstheme="majorAscii"/>
          <w:color w:val="000000" w:themeColor="text1" w:themeTint="FF" w:themeShade="FF"/>
          <w:sz w:val="20"/>
          <w:szCs w:val="20"/>
          <w:lang w:val="nl-NL"/>
        </w:rPr>
        <w:t xml:space="preserve">zal gedragen en zal handelen vanuit de waarden integriteit zoals </w:t>
      </w:r>
      <w:r w:rsidRPr="349252F7" w:rsidR="7B1CA771">
        <w:rPr>
          <w:rFonts w:ascii="Calibri" w:hAnsi="Calibri" w:eastAsia="Calibri" w:cs="Calibri" w:asciiTheme="majorAscii" w:hAnsiTheme="majorAscii" w:eastAsiaTheme="majorAscii" w:cstheme="majorAscii"/>
          <w:color w:val="000000" w:themeColor="text1" w:themeTint="FF" w:themeShade="FF"/>
          <w:sz w:val="20"/>
          <w:szCs w:val="20"/>
          <w:lang w:val="nl-NL"/>
        </w:rPr>
        <w:t xml:space="preserve">verwoord </w:t>
      </w:r>
      <w:r w:rsidRPr="349252F7" w:rsidR="02DB8A0D">
        <w:rPr>
          <w:rFonts w:ascii="Calibri" w:hAnsi="Calibri" w:eastAsia="Calibri" w:cs="Calibri" w:asciiTheme="majorAscii" w:hAnsiTheme="majorAscii" w:eastAsiaTheme="majorAscii" w:cstheme="majorAscii"/>
          <w:color w:val="000000" w:themeColor="text1" w:themeTint="FF" w:themeShade="FF"/>
          <w:sz w:val="20"/>
          <w:szCs w:val="20"/>
          <w:lang w:val="nl-NL"/>
        </w:rPr>
        <w:t xml:space="preserve">in de Gedragscode </w:t>
      </w:r>
      <w:r w:rsidRPr="349252F7" w:rsidR="4376D1CB">
        <w:rPr>
          <w:rFonts w:ascii="Calibri" w:hAnsi="Calibri" w:eastAsia="Calibri" w:cs="Calibri" w:asciiTheme="majorAscii" w:hAnsiTheme="majorAscii" w:eastAsiaTheme="majorAscii" w:cstheme="majorAscii"/>
          <w:color w:val="000000" w:themeColor="text1" w:themeTint="FF" w:themeShade="FF"/>
          <w:sz w:val="20"/>
          <w:szCs w:val="20"/>
          <w:lang w:val="nl-NL"/>
        </w:rPr>
        <w:t xml:space="preserve">Leidinggevenden </w:t>
      </w:r>
      <w:r w:rsidRPr="349252F7" w:rsidR="69B38D39">
        <w:rPr>
          <w:rFonts w:ascii="Calibri" w:hAnsi="Calibri" w:eastAsia="Calibri" w:cs="Calibri" w:asciiTheme="majorAscii" w:hAnsiTheme="majorAscii" w:eastAsiaTheme="majorAscii" w:cstheme="majorAscii"/>
          <w:color w:val="000000" w:themeColor="text1" w:themeTint="FF" w:themeShade="FF"/>
          <w:sz w:val="20"/>
          <w:szCs w:val="20"/>
          <w:lang w:val="nl-NL"/>
        </w:rPr>
        <w:t>van de VPE</w:t>
      </w:r>
      <w:r w:rsidRPr="349252F7" w:rsidR="02DB8A0D">
        <w:rPr>
          <w:rFonts w:ascii="Calibri" w:hAnsi="Calibri" w:eastAsia="Calibri" w:cs="Calibri" w:asciiTheme="majorAscii" w:hAnsiTheme="majorAscii" w:eastAsiaTheme="majorAscii" w:cstheme="majorAscii"/>
          <w:color w:val="000000" w:themeColor="text1" w:themeTint="FF" w:themeShade="FF"/>
          <w:sz w:val="20"/>
          <w:szCs w:val="20"/>
          <w:lang w:val="nl-NL"/>
        </w:rPr>
        <w:t xml:space="preserve">: </w:t>
      </w:r>
      <w:r>
        <w:br/>
      </w:r>
      <w:r w:rsidRPr="349252F7" w:rsidR="308A672A">
        <w:rPr>
          <w:rFonts w:ascii="Calibri" w:hAnsi="Calibri" w:eastAsia="Calibri" w:cs="Calibri" w:asciiTheme="majorAscii" w:hAnsiTheme="majorAscii" w:eastAsiaTheme="majorAscii" w:cstheme="majorAscii"/>
          <w:color w:val="000000" w:themeColor="text1" w:themeTint="FF" w:themeShade="FF"/>
          <w:sz w:val="20"/>
          <w:szCs w:val="20"/>
          <w:lang w:val="nl-NL"/>
        </w:rPr>
        <w:t xml:space="preserve">- </w:t>
      </w:r>
      <w:r w:rsidRPr="349252F7" w:rsidR="02DB8A0D">
        <w:rPr>
          <w:rFonts w:ascii="Calibri" w:hAnsi="Calibri" w:eastAsia="Calibri" w:cs="Calibri" w:asciiTheme="majorAscii" w:hAnsiTheme="majorAscii" w:eastAsiaTheme="majorAscii" w:cstheme="majorAscii"/>
          <w:color w:val="000000" w:themeColor="text1" w:themeTint="FF" w:themeShade="FF"/>
          <w:sz w:val="20"/>
          <w:szCs w:val="20"/>
          <w:lang w:val="nl-NL"/>
        </w:rPr>
        <w:t>onafhankelijk en onpartijdig;</w:t>
      </w:r>
      <w:r w:rsidRPr="349252F7" w:rsidR="2209714D">
        <w:rPr>
          <w:rFonts w:ascii="Calibri" w:hAnsi="Calibri" w:eastAsia="Calibri" w:cs="Calibri" w:asciiTheme="majorAscii" w:hAnsiTheme="majorAscii" w:eastAsiaTheme="majorAscii" w:cstheme="majorAscii"/>
          <w:color w:val="000000" w:themeColor="text1" w:themeTint="FF" w:themeShade="FF"/>
          <w:sz w:val="20"/>
          <w:szCs w:val="20"/>
          <w:lang w:val="nl-NL"/>
        </w:rPr>
        <w:t xml:space="preserve">   </w:t>
      </w:r>
      <w:r>
        <w:tab/>
      </w:r>
      <w:r>
        <w:br/>
      </w:r>
      <w:r w:rsidRPr="349252F7" w:rsidR="308A672A">
        <w:rPr>
          <w:rFonts w:ascii="Calibri" w:hAnsi="Calibri" w:eastAsia="Calibri" w:cs="Calibri" w:asciiTheme="majorAscii" w:hAnsiTheme="majorAscii" w:eastAsiaTheme="majorAscii" w:cstheme="majorAscii"/>
          <w:color w:val="000000" w:themeColor="text1" w:themeTint="FF" w:themeShade="FF"/>
          <w:sz w:val="20"/>
          <w:szCs w:val="20"/>
          <w:lang w:val="nl-NL"/>
        </w:rPr>
        <w:t xml:space="preserve">- </w:t>
      </w:r>
      <w:r w:rsidRPr="349252F7" w:rsidR="02DB8A0D">
        <w:rPr>
          <w:rFonts w:ascii="Calibri" w:hAnsi="Calibri" w:eastAsia="Calibri" w:cs="Calibri" w:asciiTheme="majorAscii" w:hAnsiTheme="majorAscii" w:eastAsiaTheme="majorAscii" w:cstheme="majorAscii"/>
          <w:color w:val="000000" w:themeColor="text1" w:themeTint="FF" w:themeShade="FF"/>
          <w:sz w:val="20"/>
          <w:szCs w:val="20"/>
          <w:lang w:val="nl-NL"/>
        </w:rPr>
        <w:t>betrouwbaar en zorgvuldig</w:t>
      </w:r>
      <w:r w:rsidRPr="349252F7" w:rsidR="4376D1CB">
        <w:rPr>
          <w:rFonts w:ascii="Calibri" w:hAnsi="Calibri" w:eastAsia="Calibri" w:cs="Calibri" w:asciiTheme="majorAscii" w:hAnsiTheme="majorAscii" w:eastAsiaTheme="majorAscii" w:cstheme="majorAscii"/>
          <w:color w:val="000000" w:themeColor="text1" w:themeTint="FF" w:themeShade="FF"/>
          <w:sz w:val="20"/>
          <w:szCs w:val="20"/>
          <w:lang w:val="nl-NL"/>
        </w:rPr>
        <w:t>;</w:t>
      </w:r>
      <w:r>
        <w:br/>
      </w:r>
      <w:r w:rsidRPr="349252F7" w:rsidR="308A672A">
        <w:rPr>
          <w:rFonts w:ascii="Calibri" w:hAnsi="Calibri" w:eastAsia="Calibri" w:cs="Calibri" w:asciiTheme="majorAscii" w:hAnsiTheme="majorAscii" w:eastAsiaTheme="majorAscii" w:cstheme="majorAscii"/>
          <w:color w:val="000000" w:themeColor="text1" w:themeTint="FF" w:themeShade="FF"/>
          <w:sz w:val="20"/>
          <w:szCs w:val="20"/>
          <w:lang w:val="nl-NL"/>
        </w:rPr>
        <w:t xml:space="preserve">- </w:t>
      </w:r>
      <w:r w:rsidRPr="349252F7" w:rsidR="02DB8A0D">
        <w:rPr>
          <w:rFonts w:ascii="Calibri" w:hAnsi="Calibri" w:eastAsia="Calibri" w:cs="Calibri" w:asciiTheme="majorAscii" w:hAnsiTheme="majorAscii" w:eastAsiaTheme="majorAscii" w:cstheme="majorAscii"/>
          <w:color w:val="000000" w:themeColor="text1" w:themeTint="FF" w:themeShade="FF"/>
          <w:sz w:val="20"/>
          <w:szCs w:val="20"/>
          <w:lang w:val="nl-NL"/>
        </w:rPr>
        <w:t>aanspreekbaar op mijn verantwoordelijkheid</w:t>
      </w:r>
      <w:r w:rsidRPr="349252F7" w:rsidR="4376D1CB">
        <w:rPr>
          <w:rFonts w:ascii="Calibri" w:hAnsi="Calibri" w:eastAsia="Calibri" w:cs="Calibri" w:asciiTheme="majorAscii" w:hAnsiTheme="majorAscii" w:eastAsiaTheme="majorAscii" w:cstheme="majorAscii"/>
          <w:color w:val="000000" w:themeColor="text1" w:themeTint="FF" w:themeShade="FF"/>
          <w:sz w:val="20"/>
          <w:szCs w:val="20"/>
          <w:lang w:val="nl-NL"/>
        </w:rPr>
        <w:t>;</w:t>
      </w:r>
      <w:r>
        <w:br/>
      </w:r>
      <w:r>
        <w:br/>
      </w:r>
      <w:r w:rsidRPr="349252F7" w:rsidR="02DB8A0D">
        <w:rPr>
          <w:rFonts w:ascii="Calibri" w:hAnsi="Calibri" w:eastAsia="Calibri" w:cs="Calibri" w:asciiTheme="majorAscii" w:hAnsiTheme="majorAscii" w:eastAsiaTheme="majorAscii" w:cstheme="majorAscii"/>
          <w:b w:val="1"/>
          <w:bCs w:val="1"/>
          <w:color w:val="000000" w:themeColor="text1" w:themeTint="FF" w:themeShade="FF"/>
          <w:sz w:val="20"/>
          <w:szCs w:val="20"/>
          <w:lang w:val="nl-NL"/>
        </w:rPr>
        <w:t xml:space="preserve">Gedragscode en andere regelingen: </w:t>
      </w:r>
      <w:r>
        <w:br/>
      </w:r>
      <w:r w:rsidRPr="349252F7" w:rsidR="02DB8A0D">
        <w:rPr>
          <w:rFonts w:ascii="Calibri" w:hAnsi="Calibri" w:eastAsia="Calibri" w:cs="Calibri" w:asciiTheme="majorAscii" w:hAnsiTheme="majorAscii" w:eastAsiaTheme="majorAscii" w:cstheme="majorAscii"/>
          <w:color w:val="000000" w:themeColor="text1" w:themeTint="FF" w:themeShade="FF"/>
          <w:sz w:val="20"/>
          <w:szCs w:val="20"/>
          <w:lang w:val="nl-NL"/>
        </w:rPr>
        <w:t xml:space="preserve">Ik heb kennisgenomen van de Gedragscode </w:t>
      </w:r>
      <w:r w:rsidRPr="349252F7" w:rsidR="4376D1CB">
        <w:rPr>
          <w:rFonts w:ascii="Calibri" w:hAnsi="Calibri" w:eastAsia="Calibri" w:cs="Calibri" w:asciiTheme="majorAscii" w:hAnsiTheme="majorAscii" w:eastAsiaTheme="majorAscii" w:cstheme="majorAscii"/>
          <w:color w:val="000000" w:themeColor="text1" w:themeTint="FF" w:themeShade="FF"/>
          <w:sz w:val="20"/>
          <w:szCs w:val="20"/>
          <w:lang w:val="nl-NL"/>
        </w:rPr>
        <w:t xml:space="preserve">Leidinggevenden </w:t>
      </w:r>
      <w:r w:rsidRPr="349252F7" w:rsidR="02DB8A0D">
        <w:rPr>
          <w:rFonts w:ascii="Calibri" w:hAnsi="Calibri" w:eastAsia="Calibri" w:cs="Calibri" w:asciiTheme="majorAscii" w:hAnsiTheme="majorAscii" w:eastAsiaTheme="majorAscii" w:cstheme="majorAscii"/>
          <w:color w:val="000000" w:themeColor="text1" w:themeTint="FF" w:themeShade="FF"/>
          <w:sz w:val="20"/>
          <w:szCs w:val="20"/>
          <w:lang w:val="nl-NL"/>
        </w:rPr>
        <w:t xml:space="preserve">en zal mij daaraan houden.  </w:t>
      </w:r>
      <w:r>
        <w:br/>
      </w:r>
      <w:r w:rsidRPr="349252F7" w:rsidR="02DB8A0D">
        <w:rPr>
          <w:rFonts w:ascii="Calibri" w:hAnsi="Calibri" w:eastAsia="Calibri" w:cs="Calibri" w:asciiTheme="majorAscii" w:hAnsiTheme="majorAscii" w:eastAsiaTheme="majorAscii" w:cstheme="majorAscii"/>
          <w:color w:val="000000" w:themeColor="text1" w:themeTint="FF" w:themeShade="FF"/>
          <w:sz w:val="20"/>
          <w:szCs w:val="20"/>
          <w:lang w:val="nl-NL"/>
        </w:rPr>
        <w:t xml:space="preserve">Deze regeling </w:t>
      </w:r>
      <w:r w:rsidRPr="349252F7" w:rsidR="4AD7D3CE">
        <w:rPr>
          <w:rFonts w:ascii="Calibri" w:hAnsi="Calibri" w:eastAsia="Calibri" w:cs="Calibri" w:asciiTheme="majorAscii" w:hAnsiTheme="majorAscii" w:eastAsiaTheme="majorAscii" w:cstheme="majorAscii"/>
          <w:color w:val="000000" w:themeColor="text1" w:themeTint="FF" w:themeShade="FF"/>
          <w:sz w:val="20"/>
          <w:szCs w:val="20"/>
          <w:lang w:val="nl-NL"/>
        </w:rPr>
        <w:t>is</w:t>
      </w:r>
      <w:r w:rsidRPr="349252F7" w:rsidR="02DB8A0D">
        <w:rPr>
          <w:rFonts w:ascii="Calibri" w:hAnsi="Calibri" w:eastAsia="Calibri" w:cs="Calibri" w:asciiTheme="majorAscii" w:hAnsiTheme="majorAscii" w:eastAsiaTheme="majorAscii" w:cstheme="majorAscii"/>
          <w:color w:val="000000" w:themeColor="text1" w:themeTint="FF" w:themeShade="FF"/>
          <w:sz w:val="20"/>
          <w:szCs w:val="20"/>
          <w:lang w:val="nl-NL"/>
        </w:rPr>
        <w:t xml:space="preserve"> mij uitgereikt dan wel toegezonden</w:t>
      </w:r>
      <w:r w:rsidRPr="349252F7" w:rsidR="7F4DD33B">
        <w:rPr>
          <w:rFonts w:ascii="Calibri" w:hAnsi="Calibri" w:eastAsia="Calibri" w:cs="Calibri" w:asciiTheme="majorAscii" w:hAnsiTheme="majorAscii" w:eastAsiaTheme="majorAscii" w:cstheme="majorAscii"/>
          <w:color w:val="000000" w:themeColor="text1" w:themeTint="FF" w:themeShade="FF"/>
          <w:sz w:val="20"/>
          <w:szCs w:val="20"/>
          <w:lang w:val="nl-NL"/>
        </w:rPr>
        <w:t>, dan wel heb ik die gelezen op</w:t>
      </w:r>
      <w:r w:rsidRPr="349252F7" w:rsidR="7F4DD33B">
        <w:rPr>
          <w:rFonts w:ascii="Calibri" w:hAnsi="Calibri" w:eastAsia="Calibri" w:cs="Calibri" w:asciiTheme="majorAscii" w:hAnsiTheme="majorAscii" w:eastAsiaTheme="majorAscii" w:cstheme="majorAscii"/>
          <w:color w:val="auto"/>
          <w:sz w:val="20"/>
          <w:szCs w:val="20"/>
          <w:lang w:val="nl-NL"/>
        </w:rPr>
        <w:t xml:space="preserve"> </w:t>
      </w:r>
      <w:r w:rsidRPr="349252F7" w:rsidR="2AE19729">
        <w:rPr>
          <w:rFonts w:ascii="Calibri" w:hAnsi="Calibri" w:eastAsia="Calibri" w:cs="Calibri" w:asciiTheme="majorAscii" w:hAnsiTheme="majorAscii" w:eastAsiaTheme="majorAscii" w:cstheme="majorAscii"/>
          <w:b w:val="1"/>
          <w:bCs w:val="1"/>
          <w:color w:val="auto"/>
          <w:sz w:val="20"/>
          <w:szCs w:val="20"/>
          <w:highlight w:val="yellow"/>
          <w:lang w:val="nl-NL"/>
        </w:rPr>
        <w:t xml:space="preserve">…………. Link </w:t>
      </w:r>
      <w:r w:rsidRPr="349252F7" w:rsidR="7CDDE1C4">
        <w:rPr>
          <w:rFonts w:ascii="Calibri" w:hAnsi="Calibri" w:eastAsia="Calibri" w:cs="Calibri" w:asciiTheme="majorAscii" w:hAnsiTheme="majorAscii" w:eastAsiaTheme="majorAscii" w:cstheme="majorAscii"/>
          <w:b w:val="1"/>
          <w:bCs w:val="1"/>
          <w:color w:val="auto"/>
          <w:sz w:val="20"/>
          <w:szCs w:val="20"/>
          <w:highlight w:val="yellow"/>
          <w:lang w:val="nl-NL"/>
        </w:rPr>
        <w:t xml:space="preserve">nog </w:t>
      </w:r>
      <w:r w:rsidRPr="349252F7" w:rsidR="2AE19729">
        <w:rPr>
          <w:rFonts w:ascii="Calibri" w:hAnsi="Calibri" w:eastAsia="Calibri" w:cs="Calibri" w:asciiTheme="majorAscii" w:hAnsiTheme="majorAscii" w:eastAsiaTheme="majorAscii" w:cstheme="majorAscii"/>
          <w:b w:val="1"/>
          <w:bCs w:val="1"/>
          <w:color w:val="auto"/>
          <w:sz w:val="20"/>
          <w:szCs w:val="20"/>
          <w:highlight w:val="yellow"/>
          <w:lang w:val="nl-NL"/>
        </w:rPr>
        <w:t>invullen</w:t>
      </w:r>
      <w:r w:rsidRPr="349252F7" w:rsidR="7F4DD33B">
        <w:rPr>
          <w:rFonts w:ascii="Calibri" w:hAnsi="Calibri" w:eastAsia="Calibri" w:cs="Calibri" w:asciiTheme="majorAscii" w:hAnsiTheme="majorAscii" w:eastAsiaTheme="majorAscii" w:cstheme="majorAscii"/>
          <w:b w:val="1"/>
          <w:bCs w:val="1"/>
          <w:color w:val="auto"/>
          <w:sz w:val="20"/>
          <w:szCs w:val="20"/>
          <w:highlight w:val="yellow"/>
          <w:lang w:val="nl-NL"/>
        </w:rPr>
        <w:t xml:space="preserve"> </w:t>
      </w:r>
      <w:r w:rsidRPr="349252F7" w:rsidR="02DB8A0D">
        <w:rPr>
          <w:rFonts w:ascii="Calibri" w:hAnsi="Calibri" w:eastAsia="Calibri" w:cs="Calibri" w:asciiTheme="majorAscii" w:hAnsiTheme="majorAscii" w:eastAsiaTheme="majorAscii" w:cstheme="majorAscii"/>
          <w:b w:val="1"/>
          <w:bCs w:val="1"/>
          <w:color w:val="auto"/>
          <w:sz w:val="20"/>
          <w:szCs w:val="20"/>
          <w:highlight w:val="yellow"/>
          <w:lang w:val="nl-NL"/>
        </w:rPr>
        <w:t>.</w:t>
      </w:r>
      <w:r w:rsidRPr="349252F7" w:rsidR="02DB8A0D">
        <w:rPr>
          <w:rFonts w:ascii="Calibri" w:hAnsi="Calibri" w:eastAsia="Calibri" w:cs="Calibri" w:asciiTheme="majorAscii" w:hAnsiTheme="majorAscii" w:eastAsiaTheme="majorAscii" w:cstheme="majorAscii"/>
          <w:color w:val="auto"/>
          <w:sz w:val="20"/>
          <w:szCs w:val="20"/>
          <w:lang w:val="nl-NL"/>
        </w:rPr>
        <w:t xml:space="preserve"> </w:t>
      </w:r>
    </w:p>
    <w:p w:rsidRPr="00D71041" w:rsidR="00A56C83" w:rsidP="349252F7" w:rsidRDefault="009B709E" w14:paraId="70DDB0D0" w14:textId="0773E2F5">
      <w:pPr>
        <w:autoSpaceDE w:val="0"/>
        <w:autoSpaceDN w:val="0"/>
        <w:spacing w:before="256" w:after="0" w:line="254" w:lineRule="auto"/>
        <w:ind w:left="14" w:right="-322"/>
        <w:rPr>
          <w:rFonts w:ascii="Calibri" w:hAnsi="Calibri" w:eastAsia="Calibri" w:cs="Calibri" w:asciiTheme="majorAscii" w:hAnsiTheme="majorAscii" w:eastAsiaTheme="majorAscii" w:cstheme="majorAscii"/>
          <w:sz w:val="20"/>
          <w:szCs w:val="20"/>
          <w:lang w:val="nl-NL"/>
        </w:rPr>
      </w:pPr>
      <w:r w:rsidRPr="349252F7" w:rsidR="02DB8A0D">
        <w:rPr>
          <w:rFonts w:ascii="Calibri" w:hAnsi="Calibri" w:eastAsia="Calibri" w:cs="Calibri" w:asciiTheme="majorAscii" w:hAnsiTheme="majorAscii" w:eastAsiaTheme="majorAscii" w:cstheme="majorAscii"/>
          <w:b w:val="1"/>
          <w:bCs w:val="1"/>
          <w:color w:val="000000" w:themeColor="text1" w:themeTint="FF" w:themeShade="FF"/>
          <w:sz w:val="20"/>
          <w:szCs w:val="20"/>
          <w:lang w:val="nl-NL"/>
        </w:rPr>
        <w:t xml:space="preserve">Geheimhouding en informatiebeveiliging: </w:t>
      </w:r>
      <w:r>
        <w:br/>
      </w:r>
      <w:r w:rsidRPr="349252F7" w:rsidR="02DB8A0D">
        <w:rPr>
          <w:rFonts w:ascii="Calibri" w:hAnsi="Calibri" w:eastAsia="Calibri" w:cs="Calibri" w:asciiTheme="majorAscii" w:hAnsiTheme="majorAscii" w:eastAsiaTheme="majorAscii" w:cstheme="majorAscii"/>
          <w:color w:val="000000" w:themeColor="text1" w:themeTint="FF" w:themeShade="FF"/>
          <w:sz w:val="20"/>
          <w:szCs w:val="20"/>
          <w:lang w:val="nl-NL"/>
        </w:rPr>
        <w:t xml:space="preserve">Ik ben op de hoogte gesteld van mijn verplichtingen met betrekking tot de geheimhouding van de aan mij toevertrouwde informatie en weet dat het niet naleven van die verplichting kan leiden tot strafrechtelijke vervolging. Ik ben mij bewust van mijn verantwoordelijkheid voor de beveiliging van informatie en </w:t>
      </w:r>
      <w:r w:rsidRPr="349252F7" w:rsidR="19D78BD8">
        <w:rPr>
          <w:rFonts w:ascii="Calibri" w:hAnsi="Calibri" w:eastAsia="Calibri" w:cs="Calibri" w:asciiTheme="majorAscii" w:hAnsiTheme="majorAscii" w:eastAsiaTheme="majorAscii" w:cstheme="majorAscii"/>
          <w:color w:val="000000" w:themeColor="text1" w:themeTint="FF" w:themeShade="FF"/>
          <w:sz w:val="20"/>
          <w:szCs w:val="20"/>
          <w:lang w:val="nl-NL"/>
        </w:rPr>
        <w:t>informatiedragers</w:t>
      </w:r>
      <w:r w:rsidRPr="349252F7" w:rsidR="02DB8A0D">
        <w:rPr>
          <w:rFonts w:ascii="Calibri" w:hAnsi="Calibri" w:eastAsia="Calibri" w:cs="Calibri" w:asciiTheme="majorAscii" w:hAnsiTheme="majorAscii" w:eastAsiaTheme="majorAscii" w:cstheme="majorAscii"/>
          <w:color w:val="000000" w:themeColor="text1" w:themeTint="FF" w:themeShade="FF"/>
          <w:sz w:val="20"/>
          <w:szCs w:val="20"/>
          <w:lang w:val="nl-NL"/>
        </w:rPr>
        <w:t>. Ik ben mij er ook van bewust dat de plicht tot geheimhouding van informatie doorloopt na afloop van mijn werkzaamheden.</w:t>
      </w:r>
      <w:r w:rsidRPr="349252F7" w:rsidR="7F4DD33B">
        <w:rPr>
          <w:rFonts w:ascii="Calibri" w:hAnsi="Calibri" w:eastAsia="Calibri" w:cs="Calibri" w:asciiTheme="majorAscii" w:hAnsiTheme="majorAscii" w:eastAsiaTheme="majorAscii" w:cstheme="majorAscii"/>
          <w:color w:val="000000" w:themeColor="text1" w:themeTint="FF" w:themeShade="FF"/>
          <w:sz w:val="20"/>
          <w:szCs w:val="20"/>
          <w:lang w:val="nl-NL"/>
        </w:rPr>
        <w:t xml:space="preserve"> Dit alles tot eer van de Here Jezus Christus.</w:t>
      </w:r>
      <w:r w:rsidRPr="349252F7" w:rsidR="02DB8A0D">
        <w:rPr>
          <w:rFonts w:ascii="Calibri" w:hAnsi="Calibri" w:eastAsia="Calibri" w:cs="Calibri" w:asciiTheme="majorAscii" w:hAnsiTheme="majorAscii" w:eastAsiaTheme="majorAscii" w:cstheme="majorAscii"/>
          <w:color w:val="000000" w:themeColor="text1" w:themeTint="FF" w:themeShade="FF"/>
          <w:sz w:val="20"/>
          <w:szCs w:val="20"/>
          <w:lang w:val="nl-NL"/>
        </w:rPr>
        <w:t xml:space="preserve"> </w:t>
      </w:r>
    </w:p>
    <w:p w:rsidRPr="00D71041" w:rsidR="00A56C83" w:rsidP="349252F7" w:rsidRDefault="009B709E" w14:paraId="7E99E70B" w14:textId="73A71971">
      <w:pPr>
        <w:autoSpaceDE w:val="0"/>
        <w:autoSpaceDN w:val="0"/>
        <w:spacing w:before="256" w:after="256" w:line="252" w:lineRule="auto"/>
        <w:ind w:left="14" w:right="-322"/>
        <w:rPr>
          <w:rFonts w:ascii="Calibri" w:hAnsi="Calibri" w:eastAsia="Calibri" w:cs="Calibri" w:asciiTheme="majorAscii" w:hAnsiTheme="majorAscii" w:eastAsiaTheme="majorAscii" w:cstheme="majorAscii"/>
          <w:color w:val="000000"/>
          <w:sz w:val="20"/>
          <w:szCs w:val="20"/>
          <w:lang w:val="nl-NL"/>
        </w:rPr>
      </w:pPr>
      <w:r w:rsidRPr="349252F7" w:rsidR="02DB8A0D">
        <w:rPr>
          <w:rFonts w:ascii="Calibri" w:hAnsi="Calibri" w:eastAsia="Calibri" w:cs="Calibri" w:asciiTheme="majorAscii" w:hAnsiTheme="majorAscii" w:eastAsiaTheme="majorAscii" w:cstheme="majorAscii"/>
          <w:b w:val="1"/>
          <w:bCs w:val="1"/>
          <w:color w:val="000000" w:themeColor="text1" w:themeTint="FF" w:themeShade="FF"/>
          <w:sz w:val="20"/>
          <w:szCs w:val="20"/>
          <w:lang w:val="nl-NL"/>
        </w:rPr>
        <w:t xml:space="preserve">Belangenverstrengeling: </w:t>
      </w:r>
      <w:r>
        <w:br/>
      </w:r>
      <w:r w:rsidRPr="349252F7" w:rsidR="02DB8A0D">
        <w:rPr>
          <w:rFonts w:ascii="Calibri" w:hAnsi="Calibri" w:eastAsia="Calibri" w:cs="Calibri" w:asciiTheme="majorAscii" w:hAnsiTheme="majorAscii" w:eastAsiaTheme="majorAscii" w:cstheme="majorAscii"/>
          <w:color w:val="000000" w:themeColor="text1" w:themeTint="FF" w:themeShade="FF"/>
          <w:sz w:val="20"/>
          <w:szCs w:val="20"/>
          <w:lang w:val="nl-NL"/>
        </w:rPr>
        <w:t>Ik besef dat er op geen enkele manier sprake mag zijn van belangenverstrengeling. Als</w:t>
      </w:r>
      <w:r w:rsidRPr="349252F7" w:rsidR="11B9D6D6">
        <w:rPr>
          <w:rFonts w:ascii="Calibri" w:hAnsi="Calibri" w:eastAsia="Calibri" w:cs="Calibri" w:asciiTheme="majorAscii" w:hAnsiTheme="majorAscii" w:eastAsiaTheme="majorAscii" w:cstheme="majorAscii"/>
          <w:color w:val="000000" w:themeColor="text1" w:themeTint="FF" w:themeShade="FF"/>
          <w:sz w:val="20"/>
          <w:szCs w:val="20"/>
          <w:lang w:val="nl-NL"/>
        </w:rPr>
        <w:t xml:space="preserve"> </w:t>
      </w:r>
      <w:r w:rsidRPr="349252F7" w:rsidR="02DB8A0D">
        <w:rPr>
          <w:rFonts w:ascii="Calibri" w:hAnsi="Calibri" w:eastAsia="Calibri" w:cs="Calibri" w:asciiTheme="majorAscii" w:hAnsiTheme="majorAscii" w:eastAsiaTheme="majorAscii" w:cstheme="majorAscii"/>
          <w:color w:val="000000" w:themeColor="text1" w:themeTint="FF" w:themeShade="FF"/>
          <w:sz w:val="20"/>
          <w:szCs w:val="20"/>
          <w:lang w:val="nl-NL"/>
        </w:rPr>
        <w:t xml:space="preserve">belangenverstrengeling </w:t>
      </w:r>
      <w:r w:rsidRPr="349252F7" w:rsidR="11B9D6D6">
        <w:rPr>
          <w:rFonts w:ascii="Calibri" w:hAnsi="Calibri" w:eastAsia="Calibri" w:cs="Calibri" w:asciiTheme="majorAscii" w:hAnsiTheme="majorAscii" w:eastAsiaTheme="majorAscii" w:cstheme="majorAscii"/>
          <w:color w:val="000000" w:themeColor="text1" w:themeTint="FF" w:themeShade="FF"/>
          <w:sz w:val="20"/>
          <w:szCs w:val="20"/>
          <w:lang w:val="nl-NL"/>
        </w:rPr>
        <w:t>zich toch voordoet</w:t>
      </w:r>
      <w:r w:rsidRPr="349252F7" w:rsidR="02DB8A0D">
        <w:rPr>
          <w:rFonts w:ascii="Calibri" w:hAnsi="Calibri" w:eastAsia="Calibri" w:cs="Calibri" w:asciiTheme="majorAscii" w:hAnsiTheme="majorAscii" w:eastAsiaTheme="majorAscii" w:cstheme="majorAscii"/>
          <w:color w:val="000000" w:themeColor="text1" w:themeTint="FF" w:themeShade="FF"/>
          <w:sz w:val="20"/>
          <w:szCs w:val="20"/>
          <w:lang w:val="nl-NL"/>
        </w:rPr>
        <w:t>, dan meld ik dit direct uit eigen beweging</w:t>
      </w:r>
      <w:r w:rsidRPr="349252F7" w:rsidR="7F4DD33B">
        <w:rPr>
          <w:rFonts w:ascii="Calibri" w:hAnsi="Calibri" w:eastAsia="Calibri" w:cs="Calibri" w:asciiTheme="majorAscii" w:hAnsiTheme="majorAscii" w:eastAsiaTheme="majorAscii" w:cstheme="majorAscii"/>
          <w:color w:val="000000" w:themeColor="text1" w:themeTint="FF" w:themeShade="FF"/>
          <w:sz w:val="20"/>
          <w:szCs w:val="20"/>
          <w:lang w:val="nl-NL"/>
        </w:rPr>
        <w:t xml:space="preserve"> aan mijn VPE </w:t>
      </w:r>
      <w:r w:rsidRPr="349252F7" w:rsidR="49211735">
        <w:rPr>
          <w:rFonts w:ascii="Calibri" w:hAnsi="Calibri" w:eastAsia="Calibri" w:cs="Calibri" w:asciiTheme="majorAscii" w:hAnsiTheme="majorAscii" w:eastAsiaTheme="majorAscii" w:cstheme="majorAscii"/>
          <w:color w:val="000000" w:themeColor="text1" w:themeTint="FF" w:themeShade="FF"/>
          <w:sz w:val="20"/>
          <w:szCs w:val="20"/>
          <w:lang w:val="nl-NL"/>
        </w:rPr>
        <w:t xml:space="preserve">of gemeentelijk </w:t>
      </w:r>
      <w:r w:rsidRPr="349252F7" w:rsidR="7F4DD33B">
        <w:rPr>
          <w:rFonts w:ascii="Calibri" w:hAnsi="Calibri" w:eastAsia="Calibri" w:cs="Calibri" w:asciiTheme="majorAscii" w:hAnsiTheme="majorAscii" w:eastAsiaTheme="majorAscii" w:cstheme="majorAscii"/>
          <w:color w:val="000000" w:themeColor="text1" w:themeTint="FF" w:themeShade="FF"/>
          <w:sz w:val="20"/>
          <w:szCs w:val="20"/>
          <w:lang w:val="nl-NL"/>
        </w:rPr>
        <w:t>verantwoordelijke</w:t>
      </w:r>
      <w:r w:rsidRPr="349252F7" w:rsidR="02DB8A0D">
        <w:rPr>
          <w:rFonts w:ascii="Calibri" w:hAnsi="Calibri" w:eastAsia="Calibri" w:cs="Calibri" w:asciiTheme="majorAscii" w:hAnsiTheme="majorAscii" w:eastAsiaTheme="majorAscii" w:cstheme="majorAscii"/>
          <w:color w:val="000000" w:themeColor="text1" w:themeTint="FF" w:themeShade="FF"/>
          <w:sz w:val="20"/>
          <w:szCs w:val="20"/>
          <w:lang w:val="nl-NL"/>
        </w:rPr>
        <w:t xml:space="preserve">. </w:t>
      </w:r>
    </w:p>
    <w:p w:rsidRPr="00D71041" w:rsidR="00934711" w:rsidP="349252F7" w:rsidRDefault="00934711" w14:paraId="48C74118" w14:textId="15C7215A">
      <w:pPr>
        <w:autoSpaceDE w:val="0"/>
        <w:autoSpaceDN w:val="0"/>
        <w:spacing w:before="256" w:after="256" w:line="252" w:lineRule="auto"/>
        <w:ind w:left="14" w:right="-322"/>
        <w:rPr>
          <w:rFonts w:ascii="Calibri" w:hAnsi="Calibri" w:eastAsia="Calibri" w:cs="Calibri" w:asciiTheme="majorAscii" w:hAnsiTheme="majorAscii" w:eastAsiaTheme="majorAscii" w:cstheme="majorAscii"/>
          <w:color w:val="000000"/>
          <w:sz w:val="20"/>
          <w:szCs w:val="20"/>
          <w:lang w:val="nl-NL"/>
        </w:rPr>
      </w:pPr>
      <w:r w:rsidRPr="349252F7" w:rsidR="308A672A">
        <w:rPr>
          <w:rFonts w:ascii="Calibri" w:hAnsi="Calibri" w:eastAsia="Calibri" w:cs="Calibri" w:asciiTheme="majorAscii" w:hAnsiTheme="majorAscii" w:eastAsiaTheme="majorAscii" w:cstheme="majorAscii"/>
          <w:b w:val="1"/>
          <w:bCs w:val="1"/>
          <w:color w:val="000000" w:themeColor="text1" w:themeTint="FF" w:themeShade="FF"/>
          <w:sz w:val="20"/>
          <w:szCs w:val="20"/>
          <w:lang w:val="nl-NL"/>
        </w:rPr>
        <w:t>Verleden</w:t>
      </w:r>
      <w:r>
        <w:br/>
      </w:r>
      <w:r w:rsidRPr="349252F7" w:rsidR="308A672A">
        <w:rPr>
          <w:rFonts w:ascii="Calibri" w:hAnsi="Calibri" w:eastAsia="Calibri" w:cs="Calibri" w:asciiTheme="majorAscii" w:hAnsiTheme="majorAscii" w:eastAsiaTheme="majorAscii" w:cstheme="majorAscii"/>
          <w:color w:val="000000" w:themeColor="text1" w:themeTint="FF" w:themeShade="FF"/>
          <w:sz w:val="20"/>
          <w:szCs w:val="20"/>
          <w:lang w:val="nl-NL"/>
        </w:rPr>
        <w:t xml:space="preserve">Ik verklaar niet in aanraking te zijn geweest met politie en/of justitie in verband met integriteitsproblematiek, noch op zedelijk, financieel of welk ander gebied dan ook. </w:t>
      </w:r>
    </w:p>
    <w:p w:rsidRPr="00D71041" w:rsidR="00934711" w:rsidP="349252F7" w:rsidRDefault="00934711" w14:paraId="4F6A9F93" w14:textId="2C477057">
      <w:pPr>
        <w:autoSpaceDE w:val="0"/>
        <w:autoSpaceDN w:val="0"/>
        <w:spacing w:before="256" w:after="256" w:line="252" w:lineRule="auto"/>
        <w:ind w:left="14" w:right="-322"/>
        <w:rPr>
          <w:rFonts w:ascii="Calibri" w:hAnsi="Calibri" w:eastAsia="Calibri" w:cs="Calibri" w:asciiTheme="majorAscii" w:hAnsiTheme="majorAscii" w:eastAsiaTheme="majorAscii" w:cstheme="majorAscii"/>
          <w:color w:val="000000"/>
          <w:sz w:val="20"/>
          <w:szCs w:val="20"/>
          <w:lang w:val="nl-NL"/>
        </w:rPr>
      </w:pPr>
      <w:r w:rsidRPr="349252F7" w:rsidR="308A672A">
        <w:rPr>
          <w:rFonts w:ascii="Calibri" w:hAnsi="Calibri" w:eastAsia="Calibri" w:cs="Calibri" w:asciiTheme="majorAscii" w:hAnsiTheme="majorAscii" w:eastAsiaTheme="majorAscii" w:cstheme="majorAscii"/>
          <w:b w:val="1"/>
          <w:bCs w:val="1"/>
          <w:color w:val="000000" w:themeColor="text1" w:themeTint="FF" w:themeShade="FF"/>
          <w:sz w:val="20"/>
          <w:szCs w:val="20"/>
          <w:lang w:val="nl-NL"/>
        </w:rPr>
        <w:t>Heden</w:t>
      </w:r>
      <w:r>
        <w:br/>
      </w:r>
      <w:r w:rsidRPr="349252F7" w:rsidR="308A672A">
        <w:rPr>
          <w:rFonts w:ascii="Calibri" w:hAnsi="Calibri" w:eastAsia="Calibri" w:cs="Calibri" w:asciiTheme="majorAscii" w:hAnsiTheme="majorAscii" w:eastAsiaTheme="majorAscii" w:cstheme="majorAscii"/>
          <w:color w:val="000000" w:themeColor="text1" w:themeTint="FF" w:themeShade="FF"/>
          <w:sz w:val="20"/>
          <w:szCs w:val="20"/>
          <w:lang w:val="nl-NL"/>
        </w:rPr>
        <w:t xml:space="preserve">Ik verklaar niet te lijden onder </w:t>
      </w:r>
      <w:r w:rsidRPr="349252F7" w:rsidR="7F28A9AC">
        <w:rPr>
          <w:rFonts w:ascii="Calibri" w:hAnsi="Calibri" w:eastAsia="Calibri" w:cs="Calibri" w:asciiTheme="majorAscii" w:hAnsiTheme="majorAscii" w:eastAsiaTheme="majorAscii" w:cstheme="majorAscii"/>
          <w:color w:val="000000" w:themeColor="text1" w:themeTint="FF" w:themeShade="FF"/>
          <w:sz w:val="20"/>
          <w:szCs w:val="20"/>
          <w:lang w:val="nl-NL"/>
        </w:rPr>
        <w:t>levens beheersende</w:t>
      </w:r>
      <w:r w:rsidRPr="349252F7" w:rsidR="308A672A">
        <w:rPr>
          <w:rFonts w:ascii="Calibri" w:hAnsi="Calibri" w:eastAsia="Calibri" w:cs="Calibri" w:asciiTheme="majorAscii" w:hAnsiTheme="majorAscii" w:eastAsiaTheme="majorAscii" w:cstheme="majorAscii"/>
          <w:color w:val="000000" w:themeColor="text1" w:themeTint="FF" w:themeShade="FF"/>
          <w:sz w:val="20"/>
          <w:szCs w:val="20"/>
          <w:lang w:val="nl-NL"/>
        </w:rPr>
        <w:t xml:space="preserve"> problemen, niet onder curatele te staan nog onder bewindvoering, al dan niet vrijwillig. Ook verklaar ik dat naar eigen oordeel er geen belemmeringen zijn die mijn functioneren in de rol/functie van </w:t>
      </w:r>
      <w:r w:rsidRPr="349252F7" w:rsidR="7F4DD33B">
        <w:rPr>
          <w:rFonts w:ascii="Calibri" w:hAnsi="Calibri" w:eastAsia="Calibri" w:cs="Calibri" w:asciiTheme="majorAscii" w:hAnsiTheme="majorAscii" w:eastAsiaTheme="majorAscii" w:cstheme="majorAscii"/>
          <w:color w:val="000000" w:themeColor="text1" w:themeTint="FF" w:themeShade="FF"/>
          <w:sz w:val="20"/>
          <w:szCs w:val="20"/>
          <w:lang w:val="nl-NL"/>
        </w:rPr>
        <w:t>……………………………….</w:t>
      </w:r>
      <w:r w:rsidRPr="349252F7" w:rsidR="308A672A">
        <w:rPr>
          <w:rFonts w:ascii="Calibri" w:hAnsi="Calibri" w:eastAsia="Calibri" w:cs="Calibri" w:asciiTheme="majorAscii" w:hAnsiTheme="majorAscii" w:eastAsiaTheme="majorAscii" w:cstheme="majorAscii"/>
          <w:color w:val="000000" w:themeColor="text1" w:themeTint="FF" w:themeShade="FF"/>
          <w:sz w:val="20"/>
          <w:szCs w:val="20"/>
          <w:lang w:val="nl-NL"/>
        </w:rPr>
        <w:t xml:space="preserve"> </w:t>
      </w:r>
      <w:r w:rsidRPr="349252F7" w:rsidR="62E4DF6D">
        <w:rPr>
          <w:rFonts w:ascii="Calibri" w:hAnsi="Calibri" w:eastAsia="Calibri" w:cs="Calibri" w:asciiTheme="majorAscii" w:hAnsiTheme="majorAscii" w:eastAsiaTheme="majorAscii" w:cstheme="majorAscii"/>
          <w:color w:val="000000" w:themeColor="text1" w:themeTint="FF" w:themeShade="FF"/>
          <w:sz w:val="20"/>
          <w:szCs w:val="20"/>
          <w:lang w:val="nl-NL"/>
        </w:rPr>
        <w:t>(</w:t>
      </w:r>
      <w:r w:rsidRPr="349252F7" w:rsidR="62E4DF6D">
        <w:rPr>
          <w:rFonts w:ascii="Calibri" w:hAnsi="Calibri" w:eastAsia="Calibri" w:cs="Calibri" w:asciiTheme="majorAscii" w:hAnsiTheme="majorAscii" w:eastAsiaTheme="majorAscii" w:cstheme="majorAscii"/>
          <w:color w:val="000000" w:themeColor="text1" w:themeTint="FF" w:themeShade="FF"/>
          <w:sz w:val="20"/>
          <w:szCs w:val="20"/>
          <w:lang w:val="nl-NL"/>
        </w:rPr>
        <w:t>je</w:t>
      </w:r>
      <w:r w:rsidRPr="349252F7" w:rsidR="62E4DF6D">
        <w:rPr>
          <w:rFonts w:ascii="Calibri" w:hAnsi="Calibri" w:eastAsia="Calibri" w:cs="Calibri" w:asciiTheme="majorAscii" w:hAnsiTheme="majorAscii" w:eastAsiaTheme="majorAscii" w:cstheme="majorAscii"/>
          <w:color w:val="000000" w:themeColor="text1" w:themeTint="FF" w:themeShade="FF"/>
          <w:sz w:val="20"/>
          <w:szCs w:val="20"/>
          <w:lang w:val="nl-NL"/>
        </w:rPr>
        <w:t xml:space="preserve"> rol vermelden) </w:t>
      </w:r>
      <w:r w:rsidRPr="349252F7" w:rsidR="308A672A">
        <w:rPr>
          <w:rFonts w:ascii="Calibri" w:hAnsi="Calibri" w:eastAsia="Calibri" w:cs="Calibri" w:asciiTheme="majorAscii" w:hAnsiTheme="majorAscii" w:eastAsiaTheme="majorAscii" w:cstheme="majorAscii"/>
          <w:color w:val="000000" w:themeColor="text1" w:themeTint="FF" w:themeShade="FF"/>
          <w:sz w:val="20"/>
          <w:szCs w:val="20"/>
          <w:lang w:val="nl-NL"/>
        </w:rPr>
        <w:t>in de weg zouden kunnen staan.</w:t>
      </w:r>
      <w:r>
        <w:br/>
      </w:r>
      <w:r w:rsidRPr="349252F7" w:rsidR="7F4DD33B">
        <w:rPr>
          <w:rFonts w:ascii="Calibri" w:hAnsi="Calibri" w:eastAsia="Calibri" w:cs="Calibri" w:asciiTheme="majorAscii" w:hAnsiTheme="majorAscii" w:eastAsiaTheme="majorAscii" w:cstheme="majorAscii"/>
          <w:color w:val="000000" w:themeColor="text1" w:themeTint="FF" w:themeShade="FF"/>
          <w:sz w:val="20"/>
          <w:szCs w:val="20"/>
          <w:lang w:val="nl-NL"/>
        </w:rPr>
        <w:t xml:space="preserve">Ik houd niets achter van belang dat de VPE </w:t>
      </w:r>
      <w:r w:rsidRPr="349252F7" w:rsidR="5D3A50BA">
        <w:rPr>
          <w:rFonts w:ascii="Calibri" w:hAnsi="Calibri" w:eastAsia="Calibri" w:cs="Calibri" w:asciiTheme="majorAscii" w:hAnsiTheme="majorAscii" w:eastAsiaTheme="majorAscii" w:cstheme="majorAscii"/>
          <w:color w:val="000000" w:themeColor="text1" w:themeTint="FF" w:themeShade="FF"/>
          <w:sz w:val="20"/>
          <w:szCs w:val="20"/>
          <w:lang w:val="nl-NL"/>
        </w:rPr>
        <w:t xml:space="preserve">of </w:t>
      </w:r>
      <w:r w:rsidRPr="349252F7" w:rsidR="6B498B2B">
        <w:rPr>
          <w:rFonts w:ascii="Calibri" w:hAnsi="Calibri" w:eastAsia="Calibri" w:cs="Calibri" w:asciiTheme="majorAscii" w:hAnsiTheme="majorAscii" w:eastAsiaTheme="majorAscii" w:cstheme="majorAscii"/>
          <w:color w:val="000000" w:themeColor="text1" w:themeTint="FF" w:themeShade="FF"/>
          <w:sz w:val="20"/>
          <w:szCs w:val="20"/>
          <w:lang w:val="nl-NL"/>
        </w:rPr>
        <w:t xml:space="preserve">lokale </w:t>
      </w:r>
      <w:r w:rsidRPr="349252F7" w:rsidR="5D3A50BA">
        <w:rPr>
          <w:rFonts w:ascii="Calibri" w:hAnsi="Calibri" w:eastAsia="Calibri" w:cs="Calibri" w:asciiTheme="majorAscii" w:hAnsiTheme="majorAscii" w:eastAsiaTheme="majorAscii" w:cstheme="majorAscii"/>
          <w:color w:val="000000" w:themeColor="text1" w:themeTint="FF" w:themeShade="FF"/>
          <w:sz w:val="20"/>
          <w:szCs w:val="20"/>
          <w:lang w:val="nl-NL"/>
        </w:rPr>
        <w:t xml:space="preserve">gemeente </w:t>
      </w:r>
      <w:r w:rsidRPr="349252F7" w:rsidR="7F4DD33B">
        <w:rPr>
          <w:rFonts w:ascii="Calibri" w:hAnsi="Calibri" w:eastAsia="Calibri" w:cs="Calibri" w:asciiTheme="majorAscii" w:hAnsiTheme="majorAscii" w:eastAsiaTheme="majorAscii" w:cstheme="majorAscii"/>
          <w:color w:val="000000" w:themeColor="text1" w:themeTint="FF" w:themeShade="FF"/>
          <w:sz w:val="20"/>
          <w:szCs w:val="20"/>
          <w:lang w:val="nl-NL"/>
        </w:rPr>
        <w:t>wel zou moeten weten.</w:t>
      </w:r>
      <w:r>
        <w:br/>
      </w:r>
      <w:r>
        <w:br/>
      </w:r>
      <w:r w:rsidRPr="349252F7" w:rsidR="308A672A">
        <w:rPr>
          <w:rFonts w:ascii="Calibri" w:hAnsi="Calibri" w:eastAsia="Calibri" w:cs="Calibri" w:asciiTheme="majorAscii" w:hAnsiTheme="majorAscii" w:eastAsiaTheme="majorAscii" w:cstheme="majorAscii"/>
          <w:b w:val="1"/>
          <w:bCs w:val="1"/>
          <w:color w:val="000000" w:themeColor="text1" w:themeTint="FF" w:themeShade="FF"/>
          <w:sz w:val="20"/>
          <w:szCs w:val="20"/>
          <w:lang w:val="nl-NL"/>
        </w:rPr>
        <w:t>Verdere antecedenten:</w:t>
      </w:r>
      <w:r>
        <w:br/>
      </w:r>
      <w:r w:rsidRPr="349252F7" w:rsidR="308A672A">
        <w:rPr>
          <w:rFonts w:ascii="Calibri" w:hAnsi="Calibri" w:eastAsia="Calibri" w:cs="Calibri" w:asciiTheme="majorAscii" w:hAnsiTheme="majorAscii" w:eastAsiaTheme="majorAscii" w:cstheme="majorAscii"/>
          <w:color w:val="000000" w:themeColor="text1" w:themeTint="FF" w:themeShade="FF"/>
          <w:sz w:val="20"/>
          <w:szCs w:val="20"/>
          <w:lang w:val="nl-NL"/>
        </w:rPr>
        <w:t xml:space="preserve">Onderstaande personen kennen mij gedurende 5 jaar of langer en hebben </w:t>
      </w:r>
      <w:r w:rsidRPr="349252F7" w:rsidR="308A672A">
        <w:rPr>
          <w:rFonts w:ascii="Calibri" w:hAnsi="Calibri" w:eastAsia="Calibri" w:cs="Calibri" w:asciiTheme="majorAscii" w:hAnsiTheme="majorAscii" w:eastAsiaTheme="majorAscii" w:cstheme="majorAscii"/>
          <w:color w:val="000000" w:themeColor="text1" w:themeTint="FF" w:themeShade="FF"/>
          <w:sz w:val="20"/>
          <w:szCs w:val="20"/>
          <w:lang w:val="nl-NL"/>
        </w:rPr>
        <w:t>tevens</w:t>
      </w:r>
      <w:r w:rsidRPr="349252F7" w:rsidR="308A672A">
        <w:rPr>
          <w:rFonts w:ascii="Calibri" w:hAnsi="Calibri" w:eastAsia="Calibri" w:cs="Calibri" w:asciiTheme="majorAscii" w:hAnsiTheme="majorAscii" w:eastAsiaTheme="majorAscii" w:cstheme="majorAscii"/>
          <w:color w:val="000000" w:themeColor="text1" w:themeTint="FF" w:themeShade="FF"/>
          <w:sz w:val="20"/>
          <w:szCs w:val="20"/>
          <w:lang w:val="nl-NL"/>
        </w:rPr>
        <w:t xml:space="preserve"> mijn toestemming om mondeling zowel als schriftelijk hun ervaringen met mij met u te delen, zulks onder strikte vertrouwelijkheid.</w:t>
      </w:r>
    </w:p>
    <w:p w:rsidRPr="00D71041" w:rsidR="00934711" w:rsidP="349252F7" w:rsidRDefault="00934711" w14:paraId="3215AA6E" w14:textId="35D215DC">
      <w:pPr>
        <w:autoSpaceDE w:val="0"/>
        <w:autoSpaceDN w:val="0"/>
        <w:spacing w:before="256" w:after="256" w:line="252" w:lineRule="auto"/>
        <w:ind w:left="14" w:right="-322"/>
        <w:rPr>
          <w:rFonts w:ascii="Calibri" w:hAnsi="Calibri" w:eastAsia="Calibri" w:cs="Calibri" w:asciiTheme="majorAscii" w:hAnsiTheme="majorAscii" w:eastAsiaTheme="majorAscii" w:cstheme="majorAscii"/>
          <w:color w:val="000000"/>
          <w:sz w:val="20"/>
          <w:szCs w:val="20"/>
          <w:lang w:val="nl-NL"/>
        </w:rPr>
      </w:pPr>
      <w:r w:rsidRPr="349252F7" w:rsidR="308A672A">
        <w:rPr>
          <w:rFonts w:ascii="Calibri" w:hAnsi="Calibri" w:eastAsia="Calibri" w:cs="Calibri" w:asciiTheme="majorAscii" w:hAnsiTheme="majorAscii" w:eastAsiaTheme="majorAscii" w:cstheme="majorAscii"/>
          <w:b w:val="1"/>
          <w:bCs w:val="1"/>
          <w:color w:val="000000" w:themeColor="text1" w:themeTint="FF" w:themeShade="FF"/>
          <w:sz w:val="20"/>
          <w:szCs w:val="20"/>
          <w:lang w:val="nl-NL"/>
        </w:rPr>
        <w:t>Naam1:</w:t>
      </w:r>
      <w:r>
        <w:tab/>
      </w:r>
      <w:r>
        <w:tab/>
      </w:r>
      <w:r>
        <w:tab/>
      </w:r>
      <w:r>
        <w:tab/>
      </w:r>
      <w:r>
        <w:tab/>
      </w:r>
      <w:r>
        <w:tab/>
      </w:r>
      <w:r w:rsidRPr="349252F7" w:rsidR="308A672A">
        <w:rPr>
          <w:rFonts w:ascii="Calibri" w:hAnsi="Calibri" w:eastAsia="Calibri" w:cs="Calibri" w:asciiTheme="majorAscii" w:hAnsiTheme="majorAscii" w:eastAsiaTheme="majorAscii" w:cstheme="majorAscii"/>
          <w:b w:val="1"/>
          <w:bCs w:val="1"/>
          <w:color w:val="000000" w:themeColor="text1" w:themeTint="FF" w:themeShade="FF"/>
          <w:sz w:val="20"/>
          <w:szCs w:val="20"/>
          <w:lang w:val="nl-NL"/>
        </w:rPr>
        <w:t>Naam2:</w:t>
      </w:r>
      <w:r>
        <w:br/>
      </w:r>
      <w:r w:rsidRPr="349252F7" w:rsidR="308A672A">
        <w:rPr>
          <w:rFonts w:ascii="Calibri" w:hAnsi="Calibri" w:eastAsia="Calibri" w:cs="Calibri" w:asciiTheme="majorAscii" w:hAnsiTheme="majorAscii" w:eastAsiaTheme="majorAscii" w:cstheme="majorAscii"/>
          <w:b w:val="1"/>
          <w:bCs w:val="1"/>
          <w:color w:val="000000" w:themeColor="text1" w:themeTint="FF" w:themeShade="FF"/>
          <w:sz w:val="20"/>
          <w:szCs w:val="20"/>
          <w:lang w:val="nl-NL"/>
        </w:rPr>
        <w:t>Adres1:</w:t>
      </w:r>
      <w:r>
        <w:tab/>
      </w:r>
      <w:r>
        <w:tab/>
      </w:r>
      <w:r>
        <w:tab/>
      </w:r>
      <w:r>
        <w:tab/>
      </w:r>
      <w:r>
        <w:tab/>
      </w:r>
      <w:r>
        <w:tab/>
      </w:r>
      <w:r w:rsidRPr="349252F7" w:rsidR="308A672A">
        <w:rPr>
          <w:rFonts w:ascii="Calibri" w:hAnsi="Calibri" w:eastAsia="Calibri" w:cs="Calibri" w:asciiTheme="majorAscii" w:hAnsiTheme="majorAscii" w:eastAsiaTheme="majorAscii" w:cstheme="majorAscii"/>
          <w:b w:val="1"/>
          <w:bCs w:val="1"/>
          <w:color w:val="000000" w:themeColor="text1" w:themeTint="FF" w:themeShade="FF"/>
          <w:sz w:val="20"/>
          <w:szCs w:val="20"/>
          <w:lang w:val="nl-NL"/>
        </w:rPr>
        <w:t>Adres2:</w:t>
      </w:r>
      <w:r>
        <w:br/>
      </w:r>
      <w:r w:rsidRPr="349252F7" w:rsidR="308A672A">
        <w:rPr>
          <w:rFonts w:ascii="Calibri" w:hAnsi="Calibri" w:eastAsia="Calibri" w:cs="Calibri" w:asciiTheme="majorAscii" w:hAnsiTheme="majorAscii" w:eastAsiaTheme="majorAscii" w:cstheme="majorAscii"/>
          <w:b w:val="1"/>
          <w:bCs w:val="1"/>
          <w:color w:val="000000" w:themeColor="text1" w:themeTint="FF" w:themeShade="FF"/>
          <w:sz w:val="20"/>
          <w:szCs w:val="20"/>
          <w:lang w:val="nl-NL"/>
        </w:rPr>
        <w:t>Telefoon1:</w:t>
      </w:r>
      <w:r>
        <w:tab/>
      </w:r>
      <w:r>
        <w:tab/>
      </w:r>
      <w:r>
        <w:tab/>
      </w:r>
      <w:r>
        <w:tab/>
      </w:r>
      <w:r>
        <w:tab/>
      </w:r>
      <w:r w:rsidRPr="349252F7" w:rsidR="308A672A">
        <w:rPr>
          <w:rFonts w:ascii="Calibri" w:hAnsi="Calibri" w:eastAsia="Calibri" w:cs="Calibri" w:asciiTheme="majorAscii" w:hAnsiTheme="majorAscii" w:eastAsiaTheme="majorAscii" w:cstheme="majorAscii"/>
          <w:b w:val="1"/>
          <w:bCs w:val="1"/>
          <w:color w:val="000000" w:themeColor="text1" w:themeTint="FF" w:themeShade="FF"/>
          <w:sz w:val="20"/>
          <w:szCs w:val="20"/>
          <w:lang w:val="nl-NL"/>
        </w:rPr>
        <w:t>Telefoon</w:t>
      </w:r>
      <w:r w:rsidRPr="349252F7" w:rsidR="27D0CECE">
        <w:rPr>
          <w:rFonts w:ascii="Calibri" w:hAnsi="Calibri" w:eastAsia="Calibri" w:cs="Calibri" w:asciiTheme="majorAscii" w:hAnsiTheme="majorAscii" w:eastAsiaTheme="majorAscii" w:cstheme="majorAscii"/>
          <w:b w:val="1"/>
          <w:bCs w:val="1"/>
          <w:color w:val="000000" w:themeColor="text1" w:themeTint="FF" w:themeShade="FF"/>
          <w:sz w:val="20"/>
          <w:szCs w:val="20"/>
          <w:lang w:val="nl-NL"/>
        </w:rPr>
        <w:t>2</w:t>
      </w:r>
      <w:r w:rsidRPr="349252F7" w:rsidR="308A672A">
        <w:rPr>
          <w:rFonts w:ascii="Calibri" w:hAnsi="Calibri" w:eastAsia="Calibri" w:cs="Calibri" w:asciiTheme="majorAscii" w:hAnsiTheme="majorAscii" w:eastAsiaTheme="majorAscii" w:cstheme="majorAscii"/>
          <w:b w:val="1"/>
          <w:bCs w:val="1"/>
          <w:color w:val="000000" w:themeColor="text1" w:themeTint="FF" w:themeShade="FF"/>
          <w:sz w:val="20"/>
          <w:szCs w:val="20"/>
          <w:lang w:val="nl-NL"/>
        </w:rPr>
        <w:t>:</w:t>
      </w:r>
      <w:r>
        <w:tab/>
      </w:r>
      <w:r>
        <w:br/>
      </w:r>
      <w:r w:rsidRPr="349252F7" w:rsidR="308A672A">
        <w:rPr>
          <w:rFonts w:ascii="Calibri" w:hAnsi="Calibri" w:eastAsia="Calibri" w:cs="Calibri" w:asciiTheme="majorAscii" w:hAnsiTheme="majorAscii" w:eastAsiaTheme="majorAscii" w:cstheme="majorAscii"/>
          <w:b w:val="1"/>
          <w:bCs w:val="1"/>
          <w:color w:val="000000" w:themeColor="text1" w:themeTint="FF" w:themeShade="FF"/>
          <w:sz w:val="20"/>
          <w:szCs w:val="20"/>
          <w:lang w:val="nl-NL"/>
        </w:rPr>
        <w:t>Email1:</w:t>
      </w:r>
      <w:r>
        <w:tab/>
      </w:r>
      <w:r>
        <w:tab/>
      </w:r>
      <w:r>
        <w:tab/>
      </w:r>
      <w:r>
        <w:tab/>
      </w:r>
      <w:r>
        <w:tab/>
      </w:r>
      <w:r>
        <w:tab/>
      </w:r>
      <w:r w:rsidRPr="349252F7" w:rsidR="308A672A">
        <w:rPr>
          <w:rFonts w:ascii="Calibri" w:hAnsi="Calibri" w:eastAsia="Calibri" w:cs="Calibri" w:asciiTheme="majorAscii" w:hAnsiTheme="majorAscii" w:eastAsiaTheme="majorAscii" w:cstheme="majorAscii"/>
          <w:b w:val="1"/>
          <w:bCs w:val="1"/>
          <w:color w:val="000000" w:themeColor="text1" w:themeTint="FF" w:themeShade="FF"/>
          <w:sz w:val="20"/>
          <w:szCs w:val="20"/>
          <w:lang w:val="nl-NL"/>
        </w:rPr>
        <w:t>Email2</w:t>
      </w:r>
      <w:r w:rsidRPr="349252F7" w:rsidR="4AD7D3CE">
        <w:rPr>
          <w:rFonts w:ascii="Calibri" w:hAnsi="Calibri" w:eastAsia="Calibri" w:cs="Calibri" w:asciiTheme="majorAscii" w:hAnsiTheme="majorAscii" w:eastAsiaTheme="majorAscii" w:cstheme="majorAscii"/>
          <w:b w:val="1"/>
          <w:bCs w:val="1"/>
          <w:color w:val="000000" w:themeColor="text1" w:themeTint="FF" w:themeShade="FF"/>
          <w:sz w:val="20"/>
          <w:szCs w:val="20"/>
          <w:lang w:val="nl-NL"/>
        </w:rPr>
        <w:t>:</w:t>
      </w:r>
    </w:p>
    <w:p w:rsidRPr="00D71041" w:rsidR="00934711" w:rsidP="349252F7" w:rsidRDefault="00934711" w14:paraId="19D36C43" w14:textId="2F788039">
      <w:pPr>
        <w:autoSpaceDE w:val="0"/>
        <w:autoSpaceDN w:val="0"/>
        <w:spacing w:before="256" w:after="256" w:line="252" w:lineRule="auto"/>
        <w:ind w:left="14" w:right="-322"/>
        <w:rPr>
          <w:rFonts w:ascii="Calibri" w:hAnsi="Calibri" w:eastAsia="Calibri" w:cs="Calibri" w:asciiTheme="majorAscii" w:hAnsiTheme="majorAscii" w:eastAsiaTheme="majorAscii" w:cstheme="majorAscii"/>
          <w:color w:val="000000"/>
          <w:sz w:val="20"/>
          <w:szCs w:val="20"/>
          <w:lang w:val="nl-NL"/>
        </w:rPr>
      </w:pPr>
      <w:r w:rsidRPr="349252F7" w:rsidR="308A672A">
        <w:rPr>
          <w:rFonts w:ascii="Calibri" w:hAnsi="Calibri" w:eastAsia="Calibri" w:cs="Calibri" w:asciiTheme="majorAscii" w:hAnsiTheme="majorAscii" w:eastAsiaTheme="majorAscii" w:cstheme="majorAscii"/>
          <w:color w:val="000000" w:themeColor="text1" w:themeTint="FF" w:themeShade="FF"/>
          <w:sz w:val="20"/>
          <w:szCs w:val="20"/>
          <w:lang w:val="nl-NL"/>
        </w:rPr>
        <w:t xml:space="preserve">Aldus naar waarheid ingevuld en ondertekend in tweevoud te </w:t>
      </w:r>
      <w:r w:rsidRPr="349252F7" w:rsidR="0E09FD8E">
        <w:rPr>
          <w:rFonts w:ascii="Calibri" w:hAnsi="Calibri" w:eastAsia="Calibri" w:cs="Calibri" w:asciiTheme="majorAscii" w:hAnsiTheme="majorAscii" w:eastAsiaTheme="majorAscii" w:cstheme="majorAscii"/>
          <w:color w:val="000000" w:themeColor="text1" w:themeTint="FF" w:themeShade="FF"/>
          <w:sz w:val="20"/>
          <w:szCs w:val="20"/>
          <w:lang w:val="nl-NL"/>
        </w:rPr>
        <w:t>_________________________</w:t>
      </w:r>
    </w:p>
    <w:p w:rsidR="00B91BD4" w:rsidP="349252F7" w:rsidRDefault="00D71041" w14:paraId="127645A0" w14:textId="77777777">
      <w:pPr>
        <w:pStyle w:val="Geenafstand"/>
        <w:rPr>
          <w:rFonts w:ascii="Calibri" w:hAnsi="Calibri" w:eastAsia="Calibri" w:cs="Calibri" w:asciiTheme="majorAscii" w:hAnsiTheme="majorAscii" w:eastAsiaTheme="majorAscii" w:cstheme="majorAscii"/>
          <w:sz w:val="20"/>
          <w:szCs w:val="20"/>
          <w:lang w:val="nl-NL"/>
        </w:rPr>
      </w:pPr>
      <w:r w:rsidRPr="349252F7" w:rsidR="4AD7D3CE">
        <w:rPr>
          <w:rFonts w:ascii="Calibri" w:hAnsi="Calibri" w:eastAsia="Calibri" w:cs="Calibri" w:asciiTheme="majorAscii" w:hAnsiTheme="majorAscii" w:eastAsiaTheme="majorAscii" w:cstheme="majorAscii"/>
          <w:sz w:val="20"/>
          <w:szCs w:val="20"/>
          <w:lang w:val="nl-NL"/>
        </w:rPr>
        <w:t>Ondertekenaar:</w:t>
      </w:r>
    </w:p>
    <w:p w:rsidR="00620F5D" w:rsidP="349252F7" w:rsidRDefault="00D71041" w14:paraId="7BAFB8AA" w14:textId="77777777">
      <w:pPr>
        <w:pStyle w:val="Geenafstand"/>
        <w:rPr>
          <w:rFonts w:ascii="Calibri" w:hAnsi="Calibri" w:eastAsia="Calibri" w:cs="Calibri" w:asciiTheme="majorAscii" w:hAnsiTheme="majorAscii" w:eastAsiaTheme="majorAscii" w:cstheme="majorAscii"/>
          <w:sz w:val="20"/>
          <w:szCs w:val="20"/>
          <w:lang w:val="nl-NL"/>
        </w:rPr>
      </w:pPr>
      <w:r w:rsidRPr="349252F7" w:rsidR="4AD7D3CE">
        <w:rPr>
          <w:rFonts w:ascii="Calibri" w:hAnsi="Calibri" w:eastAsia="Calibri" w:cs="Calibri" w:asciiTheme="majorAscii" w:hAnsiTheme="majorAscii" w:eastAsiaTheme="majorAscii" w:cstheme="majorAscii"/>
          <w:sz w:val="20"/>
          <w:szCs w:val="20"/>
          <w:lang w:val="nl-NL"/>
        </w:rPr>
        <w:t>Naam</w:t>
      </w:r>
      <w:r w:rsidRPr="349252F7" w:rsidR="4D82780E">
        <w:rPr>
          <w:rFonts w:ascii="Calibri" w:hAnsi="Calibri" w:eastAsia="Calibri" w:cs="Calibri" w:asciiTheme="majorAscii" w:hAnsiTheme="majorAscii" w:eastAsiaTheme="majorAscii" w:cstheme="majorAscii"/>
          <w:sz w:val="20"/>
          <w:szCs w:val="20"/>
          <w:lang w:val="nl-NL"/>
        </w:rPr>
        <w:t xml:space="preserve"> en voorletters</w:t>
      </w:r>
      <w:r w:rsidRPr="349252F7" w:rsidR="4AD7D3CE">
        <w:rPr>
          <w:rFonts w:ascii="Calibri" w:hAnsi="Calibri" w:eastAsia="Calibri" w:cs="Calibri" w:asciiTheme="majorAscii" w:hAnsiTheme="majorAscii" w:eastAsiaTheme="majorAscii" w:cstheme="majorAscii"/>
          <w:sz w:val="20"/>
          <w:szCs w:val="20"/>
          <w:lang w:val="nl-NL"/>
        </w:rPr>
        <w:t>:</w:t>
      </w:r>
      <w:r>
        <w:tab/>
      </w:r>
      <w:r>
        <w:tab/>
      </w:r>
      <w:r>
        <w:tab/>
      </w:r>
      <w:r>
        <w:tab/>
      </w:r>
      <w:r>
        <w:tab/>
      </w:r>
      <w:r w:rsidRPr="349252F7" w:rsidR="4AD7D3CE">
        <w:rPr>
          <w:rFonts w:ascii="Calibri" w:hAnsi="Calibri" w:eastAsia="Calibri" w:cs="Calibri" w:asciiTheme="majorAscii" w:hAnsiTheme="majorAscii" w:eastAsiaTheme="majorAscii" w:cstheme="majorAscii"/>
          <w:sz w:val="20"/>
          <w:szCs w:val="20"/>
          <w:lang w:val="nl-NL"/>
        </w:rPr>
        <w:t>Woonplaats:</w:t>
      </w:r>
      <w:r>
        <w:tab/>
      </w:r>
      <w:r>
        <w:tab/>
      </w:r>
    </w:p>
    <w:p w:rsidR="00D71041" w:rsidP="349252F7" w:rsidRDefault="00620F5D" w14:paraId="6063D968" w14:textId="53EE828B">
      <w:pPr>
        <w:pStyle w:val="Geenafstand"/>
        <w:rPr>
          <w:rFonts w:ascii="Calibri" w:hAnsi="Calibri" w:eastAsia="Calibri" w:cs="Calibri" w:asciiTheme="majorAscii" w:hAnsiTheme="majorAscii" w:eastAsiaTheme="majorAscii" w:cstheme="majorAscii"/>
          <w:sz w:val="20"/>
          <w:szCs w:val="20"/>
          <w:lang w:val="nl-NL"/>
        </w:rPr>
      </w:pPr>
      <w:r w:rsidRPr="349252F7" w:rsidR="4F06DCE7">
        <w:rPr>
          <w:rFonts w:ascii="Calibri" w:hAnsi="Calibri" w:eastAsia="Calibri" w:cs="Calibri" w:asciiTheme="majorAscii" w:hAnsiTheme="majorAscii" w:eastAsiaTheme="majorAscii" w:cstheme="majorAscii"/>
          <w:sz w:val="20"/>
          <w:szCs w:val="20"/>
          <w:lang w:val="nl-NL"/>
        </w:rPr>
        <w:t>Geb. datum:</w:t>
      </w:r>
      <w:r>
        <w:tab/>
      </w:r>
      <w:r>
        <w:tab/>
      </w:r>
      <w:r>
        <w:tab/>
      </w:r>
      <w:r>
        <w:tab/>
      </w:r>
      <w:r>
        <w:tab/>
      </w:r>
      <w:r>
        <w:tab/>
      </w:r>
      <w:r w:rsidRPr="349252F7" w:rsidR="4AD7D3CE">
        <w:rPr>
          <w:rFonts w:ascii="Calibri" w:hAnsi="Calibri" w:eastAsia="Calibri" w:cs="Calibri" w:asciiTheme="majorAscii" w:hAnsiTheme="majorAscii" w:eastAsiaTheme="majorAscii" w:cstheme="majorAscii"/>
          <w:sz w:val="20"/>
          <w:szCs w:val="20"/>
          <w:lang w:val="nl-NL"/>
        </w:rPr>
        <w:t xml:space="preserve">Telefoon: </w:t>
      </w:r>
      <w:r>
        <w:tab/>
      </w:r>
      <w:r>
        <w:tab/>
      </w:r>
      <w:r>
        <w:tab/>
      </w:r>
      <w:r>
        <w:tab/>
      </w:r>
      <w:r>
        <w:br/>
      </w:r>
      <w:r w:rsidRPr="349252F7" w:rsidR="4AD7D3CE">
        <w:rPr>
          <w:rFonts w:ascii="Calibri" w:hAnsi="Calibri" w:eastAsia="Calibri" w:cs="Calibri" w:asciiTheme="majorAscii" w:hAnsiTheme="majorAscii" w:eastAsiaTheme="majorAscii" w:cstheme="majorAscii"/>
          <w:sz w:val="20"/>
          <w:szCs w:val="20"/>
          <w:lang w:val="nl-NL"/>
        </w:rPr>
        <w:t>Email:</w:t>
      </w:r>
      <w:r>
        <w:tab/>
      </w:r>
      <w:r>
        <w:tab/>
      </w:r>
    </w:p>
    <w:p w:rsidR="00FE5920" w:rsidP="349252F7" w:rsidRDefault="00FE5920" w14:paraId="2F2FA92F" w14:textId="77777777">
      <w:pPr>
        <w:pStyle w:val="Geenafstand"/>
        <w:rPr>
          <w:rFonts w:ascii="Calibri" w:hAnsi="Calibri" w:eastAsia="Calibri" w:cs="Calibri" w:asciiTheme="majorAscii" w:hAnsiTheme="majorAscii" w:eastAsiaTheme="majorAscii" w:cstheme="majorAscii"/>
          <w:sz w:val="20"/>
          <w:szCs w:val="20"/>
          <w:lang w:val="nl-NL"/>
        </w:rPr>
      </w:pPr>
    </w:p>
    <w:p w:rsidR="00FE5920" w:rsidP="349252F7" w:rsidRDefault="00FE5920" w14:paraId="379231C5" w14:textId="77777777">
      <w:pPr>
        <w:pStyle w:val="Geenafstand"/>
        <w:rPr>
          <w:rFonts w:ascii="Calibri" w:hAnsi="Calibri" w:eastAsia="Calibri" w:cs="Calibri" w:asciiTheme="majorAscii" w:hAnsiTheme="majorAscii" w:eastAsiaTheme="majorAscii" w:cstheme="majorAscii"/>
          <w:sz w:val="20"/>
          <w:szCs w:val="20"/>
          <w:lang w:val="nl-NL"/>
        </w:rPr>
      </w:pPr>
    </w:p>
    <w:p w:rsidRPr="00D71041" w:rsidR="00934711" w:rsidP="349252F7" w:rsidRDefault="00934711" w14:paraId="4EA30F3B" w14:textId="566859BB">
      <w:pPr>
        <w:pStyle w:val="Geenafstand"/>
        <w:rPr>
          <w:rFonts w:ascii="Calibri" w:hAnsi="Calibri" w:eastAsia="Calibri" w:cs="Calibri" w:asciiTheme="majorAscii" w:hAnsiTheme="majorAscii" w:eastAsiaTheme="majorAscii" w:cstheme="majorAscii"/>
          <w:sz w:val="20"/>
          <w:szCs w:val="20"/>
          <w:lang w:val="nl-NL"/>
        </w:rPr>
      </w:pPr>
      <w:r w:rsidRPr="349252F7" w:rsidR="308A672A">
        <w:rPr>
          <w:rFonts w:ascii="Calibri" w:hAnsi="Calibri" w:eastAsia="Calibri" w:cs="Calibri" w:asciiTheme="majorAscii" w:hAnsiTheme="majorAscii" w:eastAsiaTheme="majorAscii" w:cstheme="majorAscii"/>
          <w:sz w:val="20"/>
          <w:szCs w:val="20"/>
          <w:lang w:val="nl-NL"/>
        </w:rPr>
        <w:t>________________________</w:t>
      </w:r>
      <w:r w:rsidRPr="349252F7" w:rsidR="37769F0F">
        <w:rPr>
          <w:rFonts w:ascii="Calibri" w:hAnsi="Calibri" w:eastAsia="Calibri" w:cs="Calibri" w:asciiTheme="majorAscii" w:hAnsiTheme="majorAscii" w:eastAsiaTheme="majorAscii" w:cstheme="majorAscii"/>
          <w:sz w:val="20"/>
          <w:szCs w:val="20"/>
          <w:lang w:val="nl-NL"/>
        </w:rPr>
        <w:t xml:space="preserve">                           </w:t>
      </w:r>
      <w:r w:rsidRPr="349252F7" w:rsidR="37769F0F">
        <w:rPr>
          <w:rFonts w:ascii="Calibri" w:hAnsi="Calibri" w:eastAsia="Calibri" w:cs="Calibri" w:asciiTheme="majorAscii" w:hAnsiTheme="majorAscii" w:eastAsiaTheme="majorAscii" w:cstheme="majorAscii"/>
          <w:sz w:val="20"/>
          <w:szCs w:val="20"/>
          <w:lang w:val="nl-NL"/>
        </w:rPr>
        <w:t>________________________</w:t>
      </w:r>
    </w:p>
    <w:p w:rsidRPr="00934711" w:rsidR="00934711" w:rsidP="349252F7" w:rsidRDefault="00934711" w14:paraId="357BE2E4" w14:textId="19EE2E35">
      <w:pPr>
        <w:pStyle w:val="Geenafstand"/>
        <w:rPr>
          <w:rFonts w:ascii="Calibri" w:hAnsi="Calibri" w:eastAsia="Calibri" w:cs="Calibri" w:asciiTheme="majorAscii" w:hAnsiTheme="majorAscii" w:eastAsiaTheme="majorAscii" w:cstheme="majorAscii"/>
          <w:sz w:val="20"/>
          <w:szCs w:val="20"/>
          <w:lang w:val="nl-NL"/>
        </w:rPr>
      </w:pPr>
      <w:r w:rsidRPr="349252F7" w:rsidR="308A672A">
        <w:rPr>
          <w:rFonts w:ascii="Calibri" w:hAnsi="Calibri" w:eastAsia="Calibri" w:cs="Calibri" w:asciiTheme="majorAscii" w:hAnsiTheme="majorAscii" w:eastAsiaTheme="majorAscii" w:cstheme="majorAscii"/>
          <w:sz w:val="20"/>
          <w:szCs w:val="20"/>
          <w:lang w:val="nl-NL"/>
        </w:rPr>
        <w:t>Handtekening</w:t>
      </w:r>
      <w:r w:rsidRPr="349252F7" w:rsidR="308A672A">
        <w:rPr>
          <w:rFonts w:ascii="Calibri" w:hAnsi="Calibri" w:eastAsia="Calibri" w:cs="Calibri" w:asciiTheme="majorAscii" w:hAnsiTheme="majorAscii" w:eastAsiaTheme="majorAscii" w:cstheme="majorAscii"/>
          <w:sz w:val="20"/>
          <w:szCs w:val="20"/>
          <w:lang w:val="nl-NL"/>
        </w:rPr>
        <w:t xml:space="preserve"> </w:t>
      </w:r>
      <w:r>
        <w:tab/>
      </w:r>
      <w:r>
        <w:tab/>
      </w:r>
      <w:r>
        <w:tab/>
      </w:r>
      <w:r>
        <w:tab/>
      </w:r>
      <w:r w:rsidRPr="349252F7" w:rsidR="37769F0F">
        <w:rPr>
          <w:rFonts w:ascii="Calibri" w:hAnsi="Calibri" w:eastAsia="Calibri" w:cs="Calibri" w:asciiTheme="majorAscii" w:hAnsiTheme="majorAscii" w:eastAsiaTheme="majorAscii" w:cstheme="majorAscii"/>
          <w:sz w:val="20"/>
          <w:szCs w:val="20"/>
          <w:lang w:val="nl-NL"/>
        </w:rPr>
        <w:t>Datum</w:t>
      </w:r>
    </w:p>
    <w:sectPr w:rsidRPr="00934711" w:rsidR="00934711" w:rsidSect="00310BA1">
      <w:pgSz w:w="11906" w:h="16838" w:orient="portrait"/>
      <w:pgMar w:top="0" w:right="1440" w:bottom="404" w:left="1432" w:header="720" w:footer="720" w:gutter="0"/>
      <w:cols w:equalWidth="0" w:space="720">
        <w:col w:w="9033"/>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RijksoverheidSansWebTex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hint="default" w:ascii="Symbol" w:hAnsi="Symbol"/>
      </w:rPr>
    </w:lvl>
  </w:abstractNum>
  <w:num w:numId="1" w16cid:durableId="1177227253">
    <w:abstractNumId w:val="8"/>
  </w:num>
  <w:num w:numId="2" w16cid:durableId="107509163">
    <w:abstractNumId w:val="6"/>
  </w:num>
  <w:num w:numId="3" w16cid:durableId="1000812062">
    <w:abstractNumId w:val="5"/>
  </w:num>
  <w:num w:numId="4" w16cid:durableId="105278657">
    <w:abstractNumId w:val="4"/>
  </w:num>
  <w:num w:numId="5" w16cid:durableId="2057855485">
    <w:abstractNumId w:val="7"/>
  </w:num>
  <w:num w:numId="6" w16cid:durableId="1935893261">
    <w:abstractNumId w:val="3"/>
  </w:num>
  <w:num w:numId="7" w16cid:durableId="344862599">
    <w:abstractNumId w:val="2"/>
  </w:num>
  <w:num w:numId="8" w16cid:durableId="925960133">
    <w:abstractNumId w:val="1"/>
  </w:num>
  <w:num w:numId="9" w16cid:durableId="957444485">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245C"/>
    <w:rsid w:val="0006063C"/>
    <w:rsid w:val="000728E0"/>
    <w:rsid w:val="0015074B"/>
    <w:rsid w:val="001B0B79"/>
    <w:rsid w:val="001E2C24"/>
    <w:rsid w:val="00216FD4"/>
    <w:rsid w:val="0022527C"/>
    <w:rsid w:val="0029639D"/>
    <w:rsid w:val="00310BA1"/>
    <w:rsid w:val="00326F90"/>
    <w:rsid w:val="003510A4"/>
    <w:rsid w:val="003A4F62"/>
    <w:rsid w:val="003E180F"/>
    <w:rsid w:val="00560370"/>
    <w:rsid w:val="00591AE2"/>
    <w:rsid w:val="005C17FA"/>
    <w:rsid w:val="005F0EA9"/>
    <w:rsid w:val="0062067E"/>
    <w:rsid w:val="00620F5D"/>
    <w:rsid w:val="00645CDD"/>
    <w:rsid w:val="00654287"/>
    <w:rsid w:val="007804EB"/>
    <w:rsid w:val="00790529"/>
    <w:rsid w:val="00934711"/>
    <w:rsid w:val="00942754"/>
    <w:rsid w:val="0097589F"/>
    <w:rsid w:val="009B709E"/>
    <w:rsid w:val="00A56C83"/>
    <w:rsid w:val="00A6594A"/>
    <w:rsid w:val="00A774A2"/>
    <w:rsid w:val="00AA1D8D"/>
    <w:rsid w:val="00B36868"/>
    <w:rsid w:val="00B47730"/>
    <w:rsid w:val="00B91BD4"/>
    <w:rsid w:val="00BC0D8A"/>
    <w:rsid w:val="00BE4D3E"/>
    <w:rsid w:val="00C36C44"/>
    <w:rsid w:val="00CA3485"/>
    <w:rsid w:val="00CB0664"/>
    <w:rsid w:val="00D71041"/>
    <w:rsid w:val="00D829F5"/>
    <w:rsid w:val="00D917F5"/>
    <w:rsid w:val="00DC2BB2"/>
    <w:rsid w:val="00E53D2A"/>
    <w:rsid w:val="00F317B1"/>
    <w:rsid w:val="00F37AF1"/>
    <w:rsid w:val="00F44DC9"/>
    <w:rsid w:val="00F937A4"/>
    <w:rsid w:val="00FC693F"/>
    <w:rsid w:val="00FE5920"/>
    <w:rsid w:val="02DB8A0D"/>
    <w:rsid w:val="042C3600"/>
    <w:rsid w:val="0E09FD8E"/>
    <w:rsid w:val="11B9D6D6"/>
    <w:rsid w:val="135E711F"/>
    <w:rsid w:val="16C4CAA2"/>
    <w:rsid w:val="19D78BD8"/>
    <w:rsid w:val="1A278395"/>
    <w:rsid w:val="2209714D"/>
    <w:rsid w:val="27D0CECE"/>
    <w:rsid w:val="2AE19729"/>
    <w:rsid w:val="2D023E53"/>
    <w:rsid w:val="308A672A"/>
    <w:rsid w:val="30B8F061"/>
    <w:rsid w:val="349252F7"/>
    <w:rsid w:val="37769F0F"/>
    <w:rsid w:val="3F3311F8"/>
    <w:rsid w:val="4376D1CB"/>
    <w:rsid w:val="4446F967"/>
    <w:rsid w:val="44EFEF30"/>
    <w:rsid w:val="47E92546"/>
    <w:rsid w:val="49211735"/>
    <w:rsid w:val="4AD7D3CE"/>
    <w:rsid w:val="4BFC5750"/>
    <w:rsid w:val="4D82780E"/>
    <w:rsid w:val="4F06DCE7"/>
    <w:rsid w:val="541C1AF3"/>
    <w:rsid w:val="58DD452D"/>
    <w:rsid w:val="5D3A50BA"/>
    <w:rsid w:val="62E4DF6D"/>
    <w:rsid w:val="644D701A"/>
    <w:rsid w:val="645EA3E5"/>
    <w:rsid w:val="69B38D39"/>
    <w:rsid w:val="6B498B2B"/>
    <w:rsid w:val="724AD537"/>
    <w:rsid w:val="7B1CA771"/>
    <w:rsid w:val="7CDDE1C4"/>
    <w:rsid w:val="7F28A9AC"/>
    <w:rsid w:val="7F2A59EF"/>
    <w:rsid w:val="7F4DD3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ABA9CAF"/>
  <w14:defaultImageDpi w14:val="300"/>
  <w15:docId w15:val="{1972803A-C06B-4A3F-97B0-1A11DEF9C01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FC693F"/>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styleId="KoptekstChar" w:customStyle="1">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styleId="VoettekstChar" w:customStyle="1">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styleId="Kop1Char" w:customStyle="1">
    <w:name w:val="Kop 1 Char"/>
    <w:basedOn w:val="Standaardalinea-lettertype"/>
    <w:link w:val="Kop1"/>
    <w:uiPriority w:val="9"/>
    <w:rsid w:val="00FC693F"/>
    <w:rPr>
      <w:rFonts w:asciiTheme="majorHAnsi" w:hAnsiTheme="majorHAnsi" w:eastAsiaTheme="majorEastAsia" w:cstheme="majorBidi"/>
      <w:b/>
      <w:bCs/>
      <w:color w:val="365F91" w:themeColor="accent1" w:themeShade="BF"/>
      <w:sz w:val="28"/>
      <w:szCs w:val="28"/>
    </w:rPr>
  </w:style>
  <w:style w:type="character" w:styleId="Kop2Char" w:customStyle="1">
    <w:name w:val="Kop 2 Char"/>
    <w:basedOn w:val="Standaardalinea-lettertype"/>
    <w:link w:val="Kop2"/>
    <w:uiPriority w:val="9"/>
    <w:rsid w:val="00FC693F"/>
    <w:rPr>
      <w:rFonts w:asciiTheme="majorHAnsi" w:hAnsiTheme="majorHAnsi" w:eastAsiaTheme="majorEastAsia" w:cstheme="majorBidi"/>
      <w:b/>
      <w:bCs/>
      <w:color w:val="4F81BD" w:themeColor="accent1"/>
      <w:sz w:val="26"/>
      <w:szCs w:val="26"/>
    </w:rPr>
  </w:style>
  <w:style w:type="character" w:styleId="Kop3Char" w:customStyle="1">
    <w:name w:val="Kop 3 Char"/>
    <w:basedOn w:val="Standaardalinea-lettertype"/>
    <w:link w:val="Kop3"/>
    <w:uiPriority w:val="9"/>
    <w:rsid w:val="00FC693F"/>
    <w:rPr>
      <w:rFonts w:asciiTheme="majorHAnsi" w:hAnsiTheme="majorHAnsi" w:eastAsiaTheme="majorEastAsia" w:cstheme="majorBidi"/>
      <w:b/>
      <w:bCs/>
      <w:color w:val="4F81BD" w:themeColor="accent1"/>
    </w:rPr>
  </w:style>
  <w:style w:type="paragraph" w:styleId="Titel">
    <w:name w:val="Title"/>
    <w:basedOn w:val="Standaard"/>
    <w:next w:val="Standaard"/>
    <w:link w:val="Titel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elChar" w:customStyle="1">
    <w:name w:val="Titel Char"/>
    <w:basedOn w:val="Standaardalinea-lettertype"/>
    <w:link w:val="Titel"/>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OndertitelChar" w:customStyle="1">
    <w:name w:val="Ondertitel Char"/>
    <w:basedOn w:val="Standaardalinea-lettertype"/>
    <w:link w:val="Ondertitel"/>
    <w:uiPriority w:val="11"/>
    <w:rsid w:val="00FC693F"/>
    <w:rPr>
      <w:rFonts w:asciiTheme="majorHAnsi" w:hAnsiTheme="majorHAnsi" w:eastAsiaTheme="majorEastAsia"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styleId="PlattetekstChar" w:customStyle="1">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styleId="Plattetekst2Char" w:customStyle="1">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styleId="Plattetekst3Char" w:customStyle="1">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kstChar" w:customStyle="1">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styleId="CitaatChar" w:customStyle="1">
    <w:name w:val="Citaat Char"/>
    <w:basedOn w:val="Standaardalinea-lettertype"/>
    <w:link w:val="Citaat"/>
    <w:uiPriority w:val="29"/>
    <w:rsid w:val="00FC693F"/>
    <w:rPr>
      <w:i/>
      <w:iCs/>
      <w:color w:val="000000" w:themeColor="text1"/>
    </w:rPr>
  </w:style>
  <w:style w:type="character" w:styleId="Kop4Char" w:customStyle="1">
    <w:name w:val="Kop 4 Char"/>
    <w:basedOn w:val="Standaardalinea-lettertype"/>
    <w:link w:val="Kop4"/>
    <w:uiPriority w:val="9"/>
    <w:semiHidden/>
    <w:rsid w:val="00FC693F"/>
    <w:rPr>
      <w:rFonts w:asciiTheme="majorHAnsi" w:hAnsiTheme="majorHAnsi" w:eastAsiaTheme="majorEastAsia" w:cstheme="majorBidi"/>
      <w:b/>
      <w:bCs/>
      <w:i/>
      <w:iCs/>
      <w:color w:val="4F81BD" w:themeColor="accent1"/>
    </w:rPr>
  </w:style>
  <w:style w:type="character" w:styleId="Kop5Char" w:customStyle="1">
    <w:name w:val="Kop 5 Char"/>
    <w:basedOn w:val="Standaardalinea-lettertype"/>
    <w:link w:val="Kop5"/>
    <w:uiPriority w:val="9"/>
    <w:semiHidden/>
    <w:rsid w:val="00FC693F"/>
    <w:rPr>
      <w:rFonts w:asciiTheme="majorHAnsi" w:hAnsiTheme="majorHAnsi" w:eastAsiaTheme="majorEastAsia" w:cstheme="majorBidi"/>
      <w:color w:val="243F60" w:themeColor="accent1" w:themeShade="7F"/>
    </w:rPr>
  </w:style>
  <w:style w:type="character" w:styleId="Kop6Char" w:customStyle="1">
    <w:name w:val="Kop 6 Char"/>
    <w:basedOn w:val="Standaardalinea-lettertype"/>
    <w:link w:val="Kop6"/>
    <w:uiPriority w:val="9"/>
    <w:semiHidden/>
    <w:rsid w:val="00FC693F"/>
    <w:rPr>
      <w:rFonts w:asciiTheme="majorHAnsi" w:hAnsiTheme="majorHAnsi" w:eastAsiaTheme="majorEastAsia" w:cstheme="majorBidi"/>
      <w:i/>
      <w:iCs/>
      <w:color w:val="243F60" w:themeColor="accent1" w:themeShade="7F"/>
    </w:rPr>
  </w:style>
  <w:style w:type="character" w:styleId="Kop7Char" w:customStyle="1">
    <w:name w:val="Kop 7 Char"/>
    <w:basedOn w:val="Standaardalinea-lettertype"/>
    <w:link w:val="Kop7"/>
    <w:uiPriority w:val="9"/>
    <w:semiHidden/>
    <w:rsid w:val="00FC693F"/>
    <w:rPr>
      <w:rFonts w:asciiTheme="majorHAnsi" w:hAnsiTheme="majorHAnsi" w:eastAsiaTheme="majorEastAsia" w:cstheme="majorBidi"/>
      <w:i/>
      <w:iCs/>
      <w:color w:val="404040" w:themeColor="text1" w:themeTint="BF"/>
    </w:rPr>
  </w:style>
  <w:style w:type="character" w:styleId="Kop8Char" w:customStyle="1">
    <w:name w:val="Kop 8 Char"/>
    <w:basedOn w:val="Standaardalinea-lettertype"/>
    <w:link w:val="Kop8"/>
    <w:uiPriority w:val="9"/>
    <w:semiHidden/>
    <w:rsid w:val="00FC693F"/>
    <w:rPr>
      <w:rFonts w:asciiTheme="majorHAnsi" w:hAnsiTheme="majorHAnsi" w:eastAsiaTheme="majorEastAsia" w:cstheme="majorBidi"/>
      <w:color w:val="4F81BD" w:themeColor="accent1"/>
      <w:sz w:val="20"/>
      <w:szCs w:val="20"/>
    </w:rPr>
  </w:style>
  <w:style w:type="character" w:styleId="Kop9Char" w:customStyle="1">
    <w:name w:val="Kop 9 Char"/>
    <w:basedOn w:val="Standaardalinea-lettertype"/>
    <w:link w:val="Kop9"/>
    <w:uiPriority w:val="9"/>
    <w:semiHidden/>
    <w:rsid w:val="00FC693F"/>
    <w:rPr>
      <w:rFonts w:asciiTheme="majorHAnsi" w:hAnsiTheme="majorHAnsi" w:eastAsiaTheme="majorEastAsia"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DuidelijkcitaatChar" w:customStyle="1">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Standaardalinea-lettertype"/>
    <w:uiPriority w:val="99"/>
    <w:unhideWhenUsed/>
    <w:rsid w:val="001E2C24"/>
    <w:rPr>
      <w:color w:val="0000FF" w:themeColor="hyperlink"/>
      <w:u w:val="single"/>
    </w:rPr>
  </w:style>
  <w:style w:type="character" w:styleId="Onopgelostemelding">
    <w:name w:val="Unresolved Mention"/>
    <w:basedOn w:val="Standaardalinea-lettertype"/>
    <w:uiPriority w:val="99"/>
    <w:semiHidden/>
    <w:unhideWhenUsed/>
    <w:rsid w:val="001E2C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tyles" Target="styles.xml" Id="rId3" /><Relationship Type="http://schemas.openxmlformats.org/officeDocument/2006/relationships/fontTable" Target="fontTable.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image" Target="media/image1.png"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Loïs van Suilichem | VPE</lastModifiedBy>
  <revision>34</revision>
  <lastPrinted>2024-01-23T11:28:00.0000000Z</lastPrinted>
  <dcterms:created xsi:type="dcterms:W3CDTF">2026-07-24T17:20:00.0000000Z</dcterms:created>
  <dcterms:modified xsi:type="dcterms:W3CDTF">2026-08-25T11:53:28.9765395Z</dcterms:modified>
  <category/>
</coreProperties>
</file>